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58B06" w14:textId="77777777" w:rsidR="00890090" w:rsidRDefault="005B46BE">
      <w:pPr>
        <w:jc w:val="center"/>
      </w:pPr>
      <w:r>
        <w:rPr>
          <w:b/>
          <w:sz w:val="20"/>
        </w:rPr>
        <w:t>POLÍTICA NACIONAL ALDIR BLANC DE FOMENTO À CULTURA – PNAB</w:t>
      </w:r>
    </w:p>
    <w:p w14:paraId="5FE34C48" w14:textId="77777777" w:rsidR="00890090" w:rsidRDefault="005B46BE">
      <w:pPr>
        <w:jc w:val="center"/>
      </w:pPr>
      <w:r>
        <w:rPr>
          <w:b/>
          <w:sz w:val="24"/>
        </w:rPr>
        <w:t>LISTA DE INSCRITOS E RESULTADO PROVISÓRIO DA ETAPA DE SELEÇÃO</w:t>
      </w:r>
    </w:p>
    <w:p w14:paraId="2DF23D99" w14:textId="226A7C9D" w:rsidR="00890090" w:rsidRDefault="005B46BE">
      <w:pPr>
        <w:jc w:val="center"/>
      </w:pPr>
      <w:r>
        <w:rPr>
          <w:b/>
        </w:rPr>
        <w:t xml:space="preserve">EDITAL DE CHAMAMENTO PÚBLICO Nº </w:t>
      </w:r>
      <w:r w:rsidR="00B03FFC">
        <w:rPr>
          <w:b/>
        </w:rPr>
        <w:t>01</w:t>
      </w:r>
      <w:r>
        <w:rPr>
          <w:b/>
        </w:rPr>
        <w:t>/2026</w:t>
      </w:r>
    </w:p>
    <w:p w14:paraId="4131EF72" w14:textId="77777777" w:rsidR="00890090" w:rsidRDefault="00890090"/>
    <w:p w14:paraId="33BBD297" w14:textId="69591500" w:rsidR="00890090" w:rsidRDefault="005B46BE">
      <w:r>
        <w:t>A Diretoria Municipal de Cultura e Turismo de Cosmorama torna pública a LISTA DE INSCRITOS e o RESULTADO PROVISÓRIO DA ETAPA DE SELEÇÃO referente à categoria Música – Solos, Duplas e Grupos de Cultura Regional, nos termos do Edital de Chamamento Público nº</w:t>
      </w:r>
      <w:r>
        <w:t xml:space="preserve"> </w:t>
      </w:r>
      <w:r w:rsidR="00B03FFC">
        <w:t>01</w:t>
      </w:r>
      <w:r>
        <w:t>/2026.</w:t>
      </w:r>
    </w:p>
    <w:p w14:paraId="478AAD18" w14:textId="77777777" w:rsidR="00890090" w:rsidRDefault="005B46BE">
      <w:r>
        <w:rPr>
          <w:b/>
        </w:rPr>
        <w:t>I – LISTA DE INSCRITOS</w:t>
      </w:r>
    </w:p>
    <w:p w14:paraId="2E1F3B13" w14:textId="77777777" w:rsidR="00890090" w:rsidRDefault="005B46BE">
      <w:r>
        <w:t>Foram recebidas as inscrições abaixo relacionadas, conforme os registros do período de inscrição estabelecido no edital: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349"/>
        <w:gridCol w:w="2349"/>
        <w:gridCol w:w="2349"/>
        <w:gridCol w:w="2349"/>
      </w:tblGrid>
      <w:tr w:rsidR="00890090" w14:paraId="6C68D6DD" w14:textId="77777777" w:rsidTr="00BC65E0">
        <w:trPr>
          <w:jc w:val="center"/>
        </w:trPr>
        <w:tc>
          <w:tcPr>
            <w:tcW w:w="2349" w:type="dxa"/>
            <w:shd w:val="clear" w:color="auto" w:fill="D9EAF7"/>
            <w:vAlign w:val="center"/>
          </w:tcPr>
          <w:p w14:paraId="7F2A1B12" w14:textId="77777777" w:rsidR="00890090" w:rsidRDefault="005B46BE">
            <w:pPr>
              <w:jc w:val="center"/>
            </w:pPr>
            <w:r>
              <w:rPr>
                <w:b/>
                <w:sz w:val="18"/>
              </w:rPr>
              <w:t>Nº da inscrição</w:t>
            </w:r>
          </w:p>
        </w:tc>
        <w:tc>
          <w:tcPr>
            <w:tcW w:w="2349" w:type="dxa"/>
            <w:shd w:val="clear" w:color="auto" w:fill="D9EAF7"/>
            <w:vAlign w:val="center"/>
          </w:tcPr>
          <w:p w14:paraId="0D5D7335" w14:textId="77777777" w:rsidR="00890090" w:rsidRDefault="005B46BE">
            <w:pPr>
              <w:jc w:val="center"/>
            </w:pPr>
            <w:r>
              <w:rPr>
                <w:b/>
                <w:sz w:val="18"/>
              </w:rPr>
              <w:t>Proponente</w:t>
            </w:r>
          </w:p>
        </w:tc>
        <w:tc>
          <w:tcPr>
            <w:tcW w:w="2349" w:type="dxa"/>
            <w:shd w:val="clear" w:color="auto" w:fill="D9EAF7"/>
            <w:vAlign w:val="center"/>
          </w:tcPr>
          <w:p w14:paraId="551980DC" w14:textId="77777777" w:rsidR="00890090" w:rsidRDefault="005B46BE">
            <w:pPr>
              <w:jc w:val="center"/>
            </w:pPr>
            <w:r>
              <w:rPr>
                <w:b/>
                <w:sz w:val="18"/>
              </w:rPr>
              <w:t>Projeto/Artista</w:t>
            </w:r>
          </w:p>
        </w:tc>
        <w:tc>
          <w:tcPr>
            <w:tcW w:w="2349" w:type="dxa"/>
            <w:shd w:val="clear" w:color="auto" w:fill="D9EAF7"/>
            <w:vAlign w:val="center"/>
          </w:tcPr>
          <w:p w14:paraId="4E715223" w14:textId="77777777" w:rsidR="00890090" w:rsidRDefault="005B46BE">
            <w:pPr>
              <w:jc w:val="center"/>
            </w:pPr>
            <w:r>
              <w:rPr>
                <w:b/>
                <w:sz w:val="18"/>
              </w:rPr>
              <w:t>Situação</w:t>
            </w:r>
          </w:p>
        </w:tc>
      </w:tr>
      <w:tr w:rsidR="00890090" w14:paraId="33A79535" w14:textId="77777777" w:rsidTr="00BC65E0">
        <w:trPr>
          <w:jc w:val="center"/>
        </w:trPr>
        <w:tc>
          <w:tcPr>
            <w:tcW w:w="2349" w:type="dxa"/>
            <w:vAlign w:val="center"/>
          </w:tcPr>
          <w:p w14:paraId="0D07C770" w14:textId="77777777" w:rsidR="00890090" w:rsidRDefault="005B46BE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349" w:type="dxa"/>
            <w:vAlign w:val="center"/>
          </w:tcPr>
          <w:p w14:paraId="7E7ABD92" w14:textId="4C95C93C" w:rsidR="00890090" w:rsidRDefault="00682303">
            <w:r>
              <w:t>Eduardo dos Santos Prado</w:t>
            </w:r>
          </w:p>
        </w:tc>
        <w:tc>
          <w:tcPr>
            <w:tcW w:w="2349" w:type="dxa"/>
            <w:vAlign w:val="center"/>
          </w:tcPr>
          <w:p w14:paraId="45C7787C" w14:textId="01979DF3" w:rsidR="00890090" w:rsidRDefault="00D0461B">
            <w:proofErr w:type="spellStart"/>
            <w:r>
              <w:t>Sertanejo</w:t>
            </w:r>
            <w:proofErr w:type="spellEnd"/>
            <w:r>
              <w:t xml:space="preserve"> </w:t>
            </w:r>
            <w:proofErr w:type="spellStart"/>
            <w:r>
              <w:t>Hoje</w:t>
            </w:r>
            <w:proofErr w:type="spellEnd"/>
          </w:p>
        </w:tc>
        <w:tc>
          <w:tcPr>
            <w:tcW w:w="2349" w:type="dxa"/>
            <w:vAlign w:val="center"/>
          </w:tcPr>
          <w:p w14:paraId="1065FD00" w14:textId="54FF42D7" w:rsidR="00890090" w:rsidRDefault="00BC65E0">
            <w:pPr>
              <w:jc w:val="center"/>
            </w:pPr>
            <w:proofErr w:type="spellStart"/>
            <w:r>
              <w:t>Inscrito</w:t>
            </w:r>
            <w:proofErr w:type="spellEnd"/>
          </w:p>
        </w:tc>
      </w:tr>
      <w:tr w:rsidR="00890090" w14:paraId="2CA0EFE6" w14:textId="77777777" w:rsidTr="00BC65E0">
        <w:trPr>
          <w:jc w:val="center"/>
        </w:trPr>
        <w:tc>
          <w:tcPr>
            <w:tcW w:w="2349" w:type="dxa"/>
            <w:vAlign w:val="center"/>
          </w:tcPr>
          <w:p w14:paraId="3F13F28A" w14:textId="77777777" w:rsidR="00890090" w:rsidRDefault="005B46BE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349" w:type="dxa"/>
            <w:vAlign w:val="center"/>
          </w:tcPr>
          <w:p w14:paraId="7B4C5B44" w14:textId="3B56D217" w:rsidR="00890090" w:rsidRDefault="00682303">
            <w:r>
              <w:t>Tiago Luiz Barbin Scalvenzi</w:t>
            </w:r>
          </w:p>
        </w:tc>
        <w:tc>
          <w:tcPr>
            <w:tcW w:w="2349" w:type="dxa"/>
            <w:vAlign w:val="center"/>
          </w:tcPr>
          <w:p w14:paraId="3B563651" w14:textId="48A6D965" w:rsidR="00890090" w:rsidRDefault="00D0461B">
            <w:r>
              <w:t xml:space="preserve">Tiago Viola e o </w:t>
            </w:r>
            <w:proofErr w:type="spellStart"/>
            <w:r>
              <w:t>Sertanejo</w:t>
            </w:r>
            <w:proofErr w:type="spellEnd"/>
            <w:r>
              <w:t xml:space="preserve"> </w:t>
            </w:r>
            <w:proofErr w:type="spellStart"/>
            <w:r>
              <w:t>Raiz</w:t>
            </w:r>
            <w:proofErr w:type="spellEnd"/>
          </w:p>
        </w:tc>
        <w:tc>
          <w:tcPr>
            <w:tcW w:w="2349" w:type="dxa"/>
            <w:vAlign w:val="center"/>
          </w:tcPr>
          <w:p w14:paraId="756E8994" w14:textId="334409B6" w:rsidR="00890090" w:rsidRDefault="00BC65E0">
            <w:pPr>
              <w:jc w:val="center"/>
            </w:pPr>
            <w:proofErr w:type="spellStart"/>
            <w:r>
              <w:t>Inscrito</w:t>
            </w:r>
            <w:proofErr w:type="spellEnd"/>
          </w:p>
        </w:tc>
      </w:tr>
      <w:tr w:rsidR="00890090" w14:paraId="723BFC2B" w14:textId="77777777" w:rsidTr="00BC65E0">
        <w:trPr>
          <w:jc w:val="center"/>
        </w:trPr>
        <w:tc>
          <w:tcPr>
            <w:tcW w:w="2349" w:type="dxa"/>
            <w:vAlign w:val="center"/>
          </w:tcPr>
          <w:p w14:paraId="35200B38" w14:textId="77777777" w:rsidR="00890090" w:rsidRDefault="005B46BE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349" w:type="dxa"/>
            <w:vAlign w:val="center"/>
          </w:tcPr>
          <w:p w14:paraId="295B33D2" w14:textId="66C03D34" w:rsidR="00890090" w:rsidRDefault="00682303">
            <w:r>
              <w:t>Gustavo Luis Lopes Cardi</w:t>
            </w:r>
          </w:p>
        </w:tc>
        <w:tc>
          <w:tcPr>
            <w:tcW w:w="2349" w:type="dxa"/>
            <w:vAlign w:val="center"/>
          </w:tcPr>
          <w:p w14:paraId="2ADFB5EA" w14:textId="077682F8" w:rsidR="00890090" w:rsidRDefault="00D0461B">
            <w:proofErr w:type="spellStart"/>
            <w:r>
              <w:t>Cantando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casa</w:t>
            </w:r>
          </w:p>
        </w:tc>
        <w:tc>
          <w:tcPr>
            <w:tcW w:w="2349" w:type="dxa"/>
            <w:vAlign w:val="center"/>
          </w:tcPr>
          <w:p w14:paraId="63529571" w14:textId="7270A517" w:rsidR="00890090" w:rsidRDefault="00BC65E0">
            <w:pPr>
              <w:jc w:val="center"/>
            </w:pPr>
            <w:proofErr w:type="spellStart"/>
            <w:r>
              <w:t>Inscrito</w:t>
            </w:r>
            <w:proofErr w:type="spellEnd"/>
          </w:p>
        </w:tc>
      </w:tr>
      <w:tr w:rsidR="00890090" w14:paraId="0711CAF6" w14:textId="77777777" w:rsidTr="00BC65E0">
        <w:trPr>
          <w:jc w:val="center"/>
        </w:trPr>
        <w:tc>
          <w:tcPr>
            <w:tcW w:w="2349" w:type="dxa"/>
            <w:vAlign w:val="center"/>
          </w:tcPr>
          <w:p w14:paraId="024601F3" w14:textId="77777777" w:rsidR="00890090" w:rsidRDefault="005B46BE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349" w:type="dxa"/>
            <w:vAlign w:val="center"/>
          </w:tcPr>
          <w:p w14:paraId="52C5725C" w14:textId="4F01E6FC" w:rsidR="00890090" w:rsidRDefault="00682303">
            <w:r>
              <w:t xml:space="preserve">Divino </w:t>
            </w:r>
            <w:r w:rsidR="005C6DFF">
              <w:t>Antônio  de Oliveira</w:t>
            </w:r>
          </w:p>
        </w:tc>
        <w:tc>
          <w:tcPr>
            <w:tcW w:w="2349" w:type="dxa"/>
            <w:vAlign w:val="center"/>
          </w:tcPr>
          <w:p w14:paraId="7BC11E45" w14:textId="1681B0A7" w:rsidR="00890090" w:rsidRDefault="00D0461B">
            <w:proofErr w:type="spellStart"/>
            <w:r>
              <w:t>Músicas</w:t>
            </w:r>
            <w:proofErr w:type="spellEnd"/>
            <w:r>
              <w:t xml:space="preserve"> </w:t>
            </w:r>
            <w:proofErr w:type="spellStart"/>
            <w:r>
              <w:t>Sertaneja</w:t>
            </w:r>
            <w:proofErr w:type="spellEnd"/>
            <w:r>
              <w:t xml:space="preserve"> e </w:t>
            </w:r>
            <w:proofErr w:type="spellStart"/>
            <w:r>
              <w:t>Religiosa</w:t>
            </w:r>
            <w:proofErr w:type="spellEnd"/>
          </w:p>
        </w:tc>
        <w:tc>
          <w:tcPr>
            <w:tcW w:w="2349" w:type="dxa"/>
            <w:vAlign w:val="center"/>
          </w:tcPr>
          <w:p w14:paraId="3AB32EA9" w14:textId="2958E761" w:rsidR="00890090" w:rsidRDefault="00BC65E0">
            <w:pPr>
              <w:jc w:val="center"/>
            </w:pPr>
            <w:proofErr w:type="spellStart"/>
            <w:r>
              <w:t>Inscrito</w:t>
            </w:r>
            <w:proofErr w:type="spellEnd"/>
          </w:p>
        </w:tc>
      </w:tr>
      <w:tr w:rsidR="00890090" w14:paraId="1926B5DE" w14:textId="77777777" w:rsidTr="00BC65E0">
        <w:trPr>
          <w:jc w:val="center"/>
        </w:trPr>
        <w:tc>
          <w:tcPr>
            <w:tcW w:w="2349" w:type="dxa"/>
            <w:vAlign w:val="center"/>
          </w:tcPr>
          <w:p w14:paraId="50A3F05F" w14:textId="77777777" w:rsidR="00890090" w:rsidRDefault="005B46BE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349" w:type="dxa"/>
            <w:vAlign w:val="center"/>
          </w:tcPr>
          <w:p w14:paraId="3C493E69" w14:textId="1576C200" w:rsidR="00890090" w:rsidRDefault="005C6DFF">
            <w:r>
              <w:t>Edilson José Ponton</w:t>
            </w:r>
          </w:p>
        </w:tc>
        <w:tc>
          <w:tcPr>
            <w:tcW w:w="2349" w:type="dxa"/>
            <w:vAlign w:val="center"/>
          </w:tcPr>
          <w:p w14:paraId="60EC0A13" w14:textId="0788FAD6" w:rsidR="00890090" w:rsidRDefault="00A61BA8">
            <w:proofErr w:type="spellStart"/>
            <w:r>
              <w:t>Sertanejo</w:t>
            </w:r>
            <w:proofErr w:type="spellEnd"/>
            <w:r>
              <w:t xml:space="preserve"> </w:t>
            </w:r>
            <w:proofErr w:type="spellStart"/>
            <w:r>
              <w:t>Romântico</w:t>
            </w:r>
            <w:proofErr w:type="spellEnd"/>
          </w:p>
        </w:tc>
        <w:tc>
          <w:tcPr>
            <w:tcW w:w="2349" w:type="dxa"/>
            <w:vAlign w:val="center"/>
          </w:tcPr>
          <w:p w14:paraId="5A4B6320" w14:textId="0408E27E" w:rsidR="00890090" w:rsidRDefault="00BC65E0">
            <w:pPr>
              <w:jc w:val="center"/>
            </w:pPr>
            <w:proofErr w:type="spellStart"/>
            <w:r>
              <w:t>Inscrito</w:t>
            </w:r>
            <w:proofErr w:type="spellEnd"/>
          </w:p>
        </w:tc>
      </w:tr>
      <w:tr w:rsidR="00890090" w14:paraId="704ECC74" w14:textId="77777777" w:rsidTr="00BC65E0">
        <w:trPr>
          <w:jc w:val="center"/>
        </w:trPr>
        <w:tc>
          <w:tcPr>
            <w:tcW w:w="2349" w:type="dxa"/>
            <w:vAlign w:val="center"/>
          </w:tcPr>
          <w:p w14:paraId="7D1BC70F" w14:textId="77777777" w:rsidR="00890090" w:rsidRDefault="005B46BE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349" w:type="dxa"/>
            <w:vAlign w:val="center"/>
          </w:tcPr>
          <w:p w14:paraId="2DB07A3E" w14:textId="7E13729E" w:rsidR="00890090" w:rsidRDefault="003A14C5">
            <w:r>
              <w:t xml:space="preserve">Ruth </w:t>
            </w:r>
            <w:proofErr w:type="spellStart"/>
            <w:r>
              <w:t>Arielly</w:t>
            </w:r>
            <w:proofErr w:type="spellEnd"/>
            <w:r>
              <w:t xml:space="preserve"> Costa </w:t>
            </w:r>
            <w:proofErr w:type="spellStart"/>
            <w:r>
              <w:t>Anizewska</w:t>
            </w:r>
            <w:proofErr w:type="spellEnd"/>
          </w:p>
        </w:tc>
        <w:tc>
          <w:tcPr>
            <w:tcW w:w="2349" w:type="dxa"/>
            <w:vAlign w:val="center"/>
          </w:tcPr>
          <w:p w14:paraId="664E76A9" w14:textId="32F02EEE" w:rsidR="00890090" w:rsidRDefault="00A61BA8">
            <w:proofErr w:type="spellStart"/>
            <w:r>
              <w:t>Sertanejo</w:t>
            </w:r>
            <w:proofErr w:type="spellEnd"/>
            <w:r>
              <w:t xml:space="preserve"> é Gospel</w:t>
            </w:r>
          </w:p>
        </w:tc>
        <w:tc>
          <w:tcPr>
            <w:tcW w:w="2349" w:type="dxa"/>
            <w:vAlign w:val="center"/>
          </w:tcPr>
          <w:p w14:paraId="6B2B1EF0" w14:textId="3354638F" w:rsidR="00890090" w:rsidRDefault="00BC65E0">
            <w:pPr>
              <w:jc w:val="center"/>
            </w:pPr>
            <w:proofErr w:type="spellStart"/>
            <w:r>
              <w:t>Inscrito</w:t>
            </w:r>
            <w:proofErr w:type="spellEnd"/>
          </w:p>
        </w:tc>
      </w:tr>
      <w:tr w:rsidR="00BC65E0" w14:paraId="3E92714D" w14:textId="77777777" w:rsidTr="00BC65E0">
        <w:trPr>
          <w:jc w:val="center"/>
        </w:trPr>
        <w:tc>
          <w:tcPr>
            <w:tcW w:w="2349" w:type="dxa"/>
            <w:vAlign w:val="center"/>
          </w:tcPr>
          <w:p w14:paraId="1A06744E" w14:textId="77777777" w:rsidR="00BC65E0" w:rsidRDefault="00BC65E0" w:rsidP="00BC65E0">
            <w:pPr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2349" w:type="dxa"/>
            <w:vAlign w:val="center"/>
          </w:tcPr>
          <w:p w14:paraId="04A8990D" w14:textId="25D72C6E" w:rsidR="00BC65E0" w:rsidRDefault="00C15CD5" w:rsidP="00BC65E0">
            <w:r>
              <w:t>Rodrigo Pereira da Silva</w:t>
            </w:r>
          </w:p>
        </w:tc>
        <w:tc>
          <w:tcPr>
            <w:tcW w:w="2349" w:type="dxa"/>
            <w:vAlign w:val="center"/>
          </w:tcPr>
          <w:p w14:paraId="53042A7D" w14:textId="014F4AAB" w:rsidR="00BC65E0" w:rsidRDefault="00A61BA8" w:rsidP="00BC65E0">
            <w:proofErr w:type="spellStart"/>
            <w:r>
              <w:t>Sertanejão</w:t>
            </w:r>
            <w:proofErr w:type="spellEnd"/>
            <w:r>
              <w:t xml:space="preserve"> com </w:t>
            </w:r>
            <w:proofErr w:type="spellStart"/>
            <w:r>
              <w:t>Rodrigão</w:t>
            </w:r>
            <w:proofErr w:type="spellEnd"/>
          </w:p>
        </w:tc>
        <w:tc>
          <w:tcPr>
            <w:tcW w:w="2349" w:type="dxa"/>
            <w:vAlign w:val="center"/>
          </w:tcPr>
          <w:p w14:paraId="61DEE20A" w14:textId="637DB22C" w:rsidR="00BC65E0" w:rsidRDefault="00BC65E0" w:rsidP="00BC65E0">
            <w:pPr>
              <w:jc w:val="center"/>
            </w:pPr>
            <w:proofErr w:type="spellStart"/>
            <w:r>
              <w:t>Inscrito</w:t>
            </w:r>
            <w:proofErr w:type="spellEnd"/>
          </w:p>
        </w:tc>
      </w:tr>
      <w:tr w:rsidR="00BC65E0" w14:paraId="596623E3" w14:textId="77777777" w:rsidTr="00BC65E0">
        <w:trPr>
          <w:jc w:val="center"/>
        </w:trPr>
        <w:tc>
          <w:tcPr>
            <w:tcW w:w="2349" w:type="dxa"/>
            <w:vAlign w:val="center"/>
          </w:tcPr>
          <w:p w14:paraId="13115E62" w14:textId="77777777" w:rsidR="00BC65E0" w:rsidRDefault="00BC65E0" w:rsidP="00BC65E0">
            <w:pPr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2349" w:type="dxa"/>
            <w:vAlign w:val="center"/>
          </w:tcPr>
          <w:p w14:paraId="1C5E8D0D" w14:textId="1944F9D6" w:rsidR="00BC65E0" w:rsidRDefault="00C15CD5" w:rsidP="00BC65E0">
            <w:r>
              <w:t>Rodrigo Pereira da Silva Junior</w:t>
            </w:r>
          </w:p>
        </w:tc>
        <w:tc>
          <w:tcPr>
            <w:tcW w:w="2349" w:type="dxa"/>
            <w:vAlign w:val="center"/>
          </w:tcPr>
          <w:p w14:paraId="7255EF15" w14:textId="15463291" w:rsidR="00BC65E0" w:rsidRDefault="00A61BA8" w:rsidP="00BC65E0">
            <w:proofErr w:type="spellStart"/>
            <w:r>
              <w:t>Rodriguinho</w:t>
            </w:r>
            <w:proofErr w:type="spellEnd"/>
            <w:r>
              <w:t xml:space="preserve"> show</w:t>
            </w:r>
          </w:p>
        </w:tc>
        <w:tc>
          <w:tcPr>
            <w:tcW w:w="2349" w:type="dxa"/>
            <w:vAlign w:val="center"/>
          </w:tcPr>
          <w:p w14:paraId="65C1DDC8" w14:textId="5463C3FC" w:rsidR="00BC65E0" w:rsidRDefault="00BC65E0" w:rsidP="00BC65E0">
            <w:pPr>
              <w:jc w:val="center"/>
            </w:pPr>
            <w:proofErr w:type="spellStart"/>
            <w:r>
              <w:t>Inscrito</w:t>
            </w:r>
            <w:proofErr w:type="spellEnd"/>
          </w:p>
        </w:tc>
      </w:tr>
      <w:tr w:rsidR="00BC65E0" w14:paraId="3923F31A" w14:textId="77777777" w:rsidTr="00BC65E0">
        <w:trPr>
          <w:jc w:val="center"/>
        </w:trPr>
        <w:tc>
          <w:tcPr>
            <w:tcW w:w="2349" w:type="dxa"/>
            <w:vAlign w:val="center"/>
          </w:tcPr>
          <w:p w14:paraId="3E7B9A53" w14:textId="77777777" w:rsidR="00BC65E0" w:rsidRDefault="00BC65E0" w:rsidP="00BC65E0">
            <w:pPr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2349" w:type="dxa"/>
            <w:vAlign w:val="center"/>
          </w:tcPr>
          <w:p w14:paraId="26DC3A58" w14:textId="12AC19FD" w:rsidR="00BC65E0" w:rsidRDefault="00C15CD5" w:rsidP="00BC65E0">
            <w:r>
              <w:t>Ana Julia da Silveira</w:t>
            </w:r>
          </w:p>
        </w:tc>
        <w:tc>
          <w:tcPr>
            <w:tcW w:w="2349" w:type="dxa"/>
            <w:vAlign w:val="center"/>
          </w:tcPr>
          <w:p w14:paraId="69B713CA" w14:textId="68A6E23C" w:rsidR="00BC65E0" w:rsidRDefault="00A61BA8" w:rsidP="00BC65E0">
            <w:proofErr w:type="spellStart"/>
            <w:r>
              <w:t>Sertanejo</w:t>
            </w:r>
            <w:proofErr w:type="spellEnd"/>
            <w:r>
              <w:t xml:space="preserve"> </w:t>
            </w:r>
            <w:proofErr w:type="spellStart"/>
            <w:r>
              <w:t>Bom</w:t>
            </w:r>
            <w:proofErr w:type="spellEnd"/>
            <w:r>
              <w:t xml:space="preserve"> </w:t>
            </w:r>
            <w:proofErr w:type="spellStart"/>
            <w:r>
              <w:t>demais</w:t>
            </w:r>
            <w:proofErr w:type="spellEnd"/>
          </w:p>
        </w:tc>
        <w:tc>
          <w:tcPr>
            <w:tcW w:w="2349" w:type="dxa"/>
            <w:vAlign w:val="center"/>
          </w:tcPr>
          <w:p w14:paraId="2F7F13B6" w14:textId="484CEDE3" w:rsidR="00BC65E0" w:rsidRDefault="00BC65E0" w:rsidP="00BC65E0">
            <w:pPr>
              <w:jc w:val="center"/>
            </w:pPr>
            <w:proofErr w:type="spellStart"/>
            <w:r>
              <w:t>Inscrito</w:t>
            </w:r>
            <w:proofErr w:type="spellEnd"/>
          </w:p>
        </w:tc>
      </w:tr>
      <w:tr w:rsidR="00BC65E0" w14:paraId="367D0F9D" w14:textId="77777777" w:rsidTr="00BC65E0">
        <w:trPr>
          <w:jc w:val="center"/>
        </w:trPr>
        <w:tc>
          <w:tcPr>
            <w:tcW w:w="2349" w:type="dxa"/>
            <w:vAlign w:val="center"/>
          </w:tcPr>
          <w:p w14:paraId="3331F8F3" w14:textId="77777777" w:rsidR="00BC65E0" w:rsidRDefault="00BC65E0" w:rsidP="00BC65E0">
            <w:pPr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2349" w:type="dxa"/>
            <w:vAlign w:val="center"/>
          </w:tcPr>
          <w:p w14:paraId="1F284737" w14:textId="346EEC2F" w:rsidR="00BC65E0" w:rsidRDefault="00C15CD5" w:rsidP="00BC65E0">
            <w:r>
              <w:t>Vitor Felipe Marcelino</w:t>
            </w:r>
          </w:p>
        </w:tc>
        <w:tc>
          <w:tcPr>
            <w:tcW w:w="2349" w:type="dxa"/>
            <w:vAlign w:val="center"/>
          </w:tcPr>
          <w:p w14:paraId="6740C0A6" w14:textId="5BD31A7C" w:rsidR="00BC65E0" w:rsidRDefault="00A61BA8" w:rsidP="00BC65E0">
            <w:proofErr w:type="spellStart"/>
            <w:r>
              <w:t>Sertanejo</w:t>
            </w:r>
            <w:proofErr w:type="spellEnd"/>
            <w:r>
              <w:t xml:space="preserve"> é </w:t>
            </w:r>
            <w:proofErr w:type="spellStart"/>
            <w:r>
              <w:t>bom</w:t>
            </w:r>
            <w:proofErr w:type="spellEnd"/>
            <w:r>
              <w:t xml:space="preserve"> </w:t>
            </w:r>
            <w:proofErr w:type="spellStart"/>
            <w:r>
              <w:t>demais</w:t>
            </w:r>
            <w:proofErr w:type="spellEnd"/>
          </w:p>
        </w:tc>
        <w:tc>
          <w:tcPr>
            <w:tcW w:w="2349" w:type="dxa"/>
            <w:vAlign w:val="center"/>
          </w:tcPr>
          <w:p w14:paraId="3A2B9EEF" w14:textId="40F988B1" w:rsidR="00BC65E0" w:rsidRDefault="00BC65E0" w:rsidP="00BC65E0">
            <w:pPr>
              <w:jc w:val="center"/>
            </w:pPr>
            <w:proofErr w:type="spellStart"/>
            <w:r>
              <w:t>Inscrito</w:t>
            </w:r>
            <w:proofErr w:type="spellEnd"/>
          </w:p>
        </w:tc>
      </w:tr>
      <w:tr w:rsidR="00BC65E0" w14:paraId="1D9BFB97" w14:textId="77777777" w:rsidTr="00BC65E0">
        <w:trPr>
          <w:jc w:val="center"/>
        </w:trPr>
        <w:tc>
          <w:tcPr>
            <w:tcW w:w="2349" w:type="dxa"/>
            <w:vAlign w:val="center"/>
          </w:tcPr>
          <w:p w14:paraId="76CCDD3D" w14:textId="77777777" w:rsidR="00BC65E0" w:rsidRDefault="00BC65E0" w:rsidP="00BC65E0">
            <w:pPr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2349" w:type="dxa"/>
            <w:vAlign w:val="center"/>
          </w:tcPr>
          <w:p w14:paraId="2C5059E2" w14:textId="0B271604" w:rsidR="00BC65E0" w:rsidRDefault="00C15CD5" w:rsidP="00BC65E0">
            <w:r>
              <w:t>Fernando Marcelino</w:t>
            </w:r>
          </w:p>
        </w:tc>
        <w:tc>
          <w:tcPr>
            <w:tcW w:w="2349" w:type="dxa"/>
            <w:vAlign w:val="center"/>
          </w:tcPr>
          <w:p w14:paraId="2194FC29" w14:textId="2BC24531" w:rsidR="00BC65E0" w:rsidRDefault="00A61BA8" w:rsidP="00BC65E0">
            <w:proofErr w:type="spellStart"/>
            <w:r>
              <w:t>Sertanejo</w:t>
            </w:r>
            <w:proofErr w:type="spellEnd"/>
            <w:r>
              <w:t xml:space="preserve"> </w:t>
            </w:r>
            <w:proofErr w:type="spellStart"/>
            <w:r>
              <w:t>pra</w:t>
            </w:r>
            <w:proofErr w:type="spellEnd"/>
            <w:r>
              <w:t xml:space="preserve"> </w:t>
            </w:r>
            <w:proofErr w:type="spellStart"/>
            <w:r>
              <w:t>já</w:t>
            </w:r>
            <w:proofErr w:type="spellEnd"/>
          </w:p>
        </w:tc>
        <w:tc>
          <w:tcPr>
            <w:tcW w:w="2349" w:type="dxa"/>
            <w:vAlign w:val="center"/>
          </w:tcPr>
          <w:p w14:paraId="6B9A6830" w14:textId="3D919427" w:rsidR="00BC65E0" w:rsidRDefault="00BC65E0" w:rsidP="00BC65E0">
            <w:pPr>
              <w:jc w:val="center"/>
            </w:pPr>
            <w:proofErr w:type="spellStart"/>
            <w:r>
              <w:t>Inscrito</w:t>
            </w:r>
            <w:proofErr w:type="spellEnd"/>
          </w:p>
        </w:tc>
      </w:tr>
      <w:tr w:rsidR="00BC65E0" w14:paraId="049224EC" w14:textId="77777777" w:rsidTr="00BC65E0">
        <w:trPr>
          <w:jc w:val="center"/>
        </w:trPr>
        <w:tc>
          <w:tcPr>
            <w:tcW w:w="2349" w:type="dxa"/>
            <w:vAlign w:val="center"/>
          </w:tcPr>
          <w:p w14:paraId="040F96F7" w14:textId="77777777" w:rsidR="00BC65E0" w:rsidRDefault="00BC65E0" w:rsidP="00BC65E0">
            <w:pPr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2349" w:type="dxa"/>
            <w:vAlign w:val="center"/>
          </w:tcPr>
          <w:p w14:paraId="651F43AA" w14:textId="0AC5FF17" w:rsidR="00BC65E0" w:rsidRDefault="00C15CD5" w:rsidP="00BC65E0">
            <w:proofErr w:type="spellStart"/>
            <w:r>
              <w:t>Adenir</w:t>
            </w:r>
            <w:proofErr w:type="spellEnd"/>
            <w:r>
              <w:t xml:space="preserve"> </w:t>
            </w:r>
            <w:proofErr w:type="spellStart"/>
            <w:r>
              <w:t>Aparecido</w:t>
            </w:r>
            <w:proofErr w:type="spellEnd"/>
            <w:r>
              <w:t xml:space="preserve"> Gomes</w:t>
            </w:r>
          </w:p>
        </w:tc>
        <w:tc>
          <w:tcPr>
            <w:tcW w:w="2349" w:type="dxa"/>
            <w:vAlign w:val="center"/>
          </w:tcPr>
          <w:p w14:paraId="7B73CAF6" w14:textId="5893E5C0" w:rsidR="00BC65E0" w:rsidRDefault="00A61BA8" w:rsidP="00BC65E0">
            <w:proofErr w:type="spellStart"/>
            <w:r>
              <w:t>Sertanejo</w:t>
            </w:r>
            <w:proofErr w:type="spellEnd"/>
            <w:r>
              <w:t xml:space="preserve"> Viola</w:t>
            </w:r>
          </w:p>
        </w:tc>
        <w:tc>
          <w:tcPr>
            <w:tcW w:w="2349" w:type="dxa"/>
            <w:vAlign w:val="center"/>
          </w:tcPr>
          <w:p w14:paraId="243E4963" w14:textId="3219D5E8" w:rsidR="00BC65E0" w:rsidRDefault="00BC65E0" w:rsidP="00BC65E0">
            <w:pPr>
              <w:jc w:val="center"/>
            </w:pPr>
            <w:proofErr w:type="spellStart"/>
            <w:r>
              <w:t>Inscrito</w:t>
            </w:r>
            <w:proofErr w:type="spellEnd"/>
          </w:p>
        </w:tc>
      </w:tr>
      <w:tr w:rsidR="00BC65E0" w14:paraId="231C0150" w14:textId="77777777" w:rsidTr="00BC65E0">
        <w:trPr>
          <w:jc w:val="center"/>
        </w:trPr>
        <w:tc>
          <w:tcPr>
            <w:tcW w:w="2349" w:type="dxa"/>
            <w:vAlign w:val="center"/>
          </w:tcPr>
          <w:p w14:paraId="759F2FEC" w14:textId="77777777" w:rsidR="00BC65E0" w:rsidRDefault="00BC65E0" w:rsidP="00BC65E0">
            <w:pPr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2349" w:type="dxa"/>
            <w:vAlign w:val="center"/>
          </w:tcPr>
          <w:p w14:paraId="76FE67CB" w14:textId="6A8A63F4" w:rsidR="00BC65E0" w:rsidRDefault="00C15CD5" w:rsidP="00BC65E0">
            <w:r>
              <w:t>Alípio Florindo da Silva</w:t>
            </w:r>
          </w:p>
        </w:tc>
        <w:tc>
          <w:tcPr>
            <w:tcW w:w="2349" w:type="dxa"/>
            <w:vAlign w:val="center"/>
          </w:tcPr>
          <w:p w14:paraId="18E0C8B7" w14:textId="5F618C06" w:rsidR="00BC65E0" w:rsidRDefault="00A61BA8" w:rsidP="00BC65E0">
            <w:r>
              <w:t>Viola Caipira</w:t>
            </w:r>
          </w:p>
        </w:tc>
        <w:tc>
          <w:tcPr>
            <w:tcW w:w="2349" w:type="dxa"/>
            <w:vAlign w:val="center"/>
          </w:tcPr>
          <w:p w14:paraId="0280D29A" w14:textId="72C8E53E" w:rsidR="00BC65E0" w:rsidRDefault="00C15CD5" w:rsidP="00BC65E0">
            <w:pPr>
              <w:jc w:val="center"/>
            </w:pPr>
            <w:proofErr w:type="spellStart"/>
            <w:r>
              <w:t>Inscrito</w:t>
            </w:r>
            <w:proofErr w:type="spellEnd"/>
          </w:p>
        </w:tc>
      </w:tr>
      <w:tr w:rsidR="00BC65E0" w14:paraId="652D635A" w14:textId="77777777" w:rsidTr="00BC65E0">
        <w:trPr>
          <w:jc w:val="center"/>
        </w:trPr>
        <w:tc>
          <w:tcPr>
            <w:tcW w:w="2349" w:type="dxa"/>
            <w:vAlign w:val="center"/>
          </w:tcPr>
          <w:p w14:paraId="046B29B8" w14:textId="77777777" w:rsidR="00BC65E0" w:rsidRDefault="00BC65E0" w:rsidP="00BC65E0">
            <w:pPr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2349" w:type="dxa"/>
            <w:vAlign w:val="center"/>
          </w:tcPr>
          <w:p w14:paraId="1E2C1F2F" w14:textId="77777777" w:rsidR="00BC65E0" w:rsidRDefault="00BC65E0" w:rsidP="00BC65E0"/>
        </w:tc>
        <w:tc>
          <w:tcPr>
            <w:tcW w:w="2349" w:type="dxa"/>
            <w:vAlign w:val="center"/>
          </w:tcPr>
          <w:p w14:paraId="1DB50F6A" w14:textId="77777777" w:rsidR="00BC65E0" w:rsidRDefault="00BC65E0" w:rsidP="00BC65E0"/>
        </w:tc>
        <w:tc>
          <w:tcPr>
            <w:tcW w:w="2349" w:type="dxa"/>
            <w:vAlign w:val="center"/>
          </w:tcPr>
          <w:p w14:paraId="461D17F8" w14:textId="5FE405BB" w:rsidR="00BC65E0" w:rsidRDefault="00BC65E0" w:rsidP="00BC65E0">
            <w:pPr>
              <w:jc w:val="center"/>
            </w:pPr>
            <w:r>
              <w:t>-</w:t>
            </w:r>
          </w:p>
        </w:tc>
      </w:tr>
      <w:tr w:rsidR="00BC65E0" w14:paraId="3F17C7E6" w14:textId="77777777" w:rsidTr="00BC65E0">
        <w:trPr>
          <w:jc w:val="center"/>
        </w:trPr>
        <w:tc>
          <w:tcPr>
            <w:tcW w:w="2349" w:type="dxa"/>
            <w:vAlign w:val="center"/>
          </w:tcPr>
          <w:p w14:paraId="194960DE" w14:textId="77777777" w:rsidR="00BC65E0" w:rsidRDefault="00BC65E0" w:rsidP="00BC65E0">
            <w:pPr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2349" w:type="dxa"/>
            <w:vAlign w:val="center"/>
          </w:tcPr>
          <w:p w14:paraId="2F15F114" w14:textId="77777777" w:rsidR="00BC65E0" w:rsidRDefault="00BC65E0" w:rsidP="00BC65E0"/>
        </w:tc>
        <w:tc>
          <w:tcPr>
            <w:tcW w:w="2349" w:type="dxa"/>
            <w:vAlign w:val="center"/>
          </w:tcPr>
          <w:p w14:paraId="77CE4A3A" w14:textId="77777777" w:rsidR="00BC65E0" w:rsidRDefault="00BC65E0" w:rsidP="00BC65E0"/>
        </w:tc>
        <w:tc>
          <w:tcPr>
            <w:tcW w:w="2349" w:type="dxa"/>
            <w:vAlign w:val="center"/>
          </w:tcPr>
          <w:p w14:paraId="40029B97" w14:textId="49BCBC9C" w:rsidR="00BC65E0" w:rsidRDefault="00BC65E0" w:rsidP="00BC65E0">
            <w:pPr>
              <w:jc w:val="center"/>
            </w:pPr>
            <w:r>
              <w:t>-</w:t>
            </w:r>
          </w:p>
        </w:tc>
      </w:tr>
      <w:tr w:rsidR="00BC65E0" w14:paraId="3DE6211D" w14:textId="77777777" w:rsidTr="00BC65E0">
        <w:trPr>
          <w:jc w:val="center"/>
        </w:trPr>
        <w:tc>
          <w:tcPr>
            <w:tcW w:w="2349" w:type="dxa"/>
            <w:vAlign w:val="center"/>
          </w:tcPr>
          <w:p w14:paraId="0E5C8671" w14:textId="77777777" w:rsidR="00BC65E0" w:rsidRDefault="00BC65E0" w:rsidP="00BC65E0">
            <w:pPr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2349" w:type="dxa"/>
            <w:vAlign w:val="center"/>
          </w:tcPr>
          <w:p w14:paraId="0E9E6642" w14:textId="77777777" w:rsidR="00BC65E0" w:rsidRDefault="00BC65E0" w:rsidP="00BC65E0"/>
        </w:tc>
        <w:tc>
          <w:tcPr>
            <w:tcW w:w="2349" w:type="dxa"/>
            <w:vAlign w:val="center"/>
          </w:tcPr>
          <w:p w14:paraId="6DC5B735" w14:textId="77777777" w:rsidR="00BC65E0" w:rsidRDefault="00BC65E0" w:rsidP="00BC65E0"/>
        </w:tc>
        <w:tc>
          <w:tcPr>
            <w:tcW w:w="2349" w:type="dxa"/>
            <w:vAlign w:val="center"/>
          </w:tcPr>
          <w:p w14:paraId="55126629" w14:textId="689C992A" w:rsidR="00BC65E0" w:rsidRDefault="00BC65E0" w:rsidP="00BC65E0">
            <w:pPr>
              <w:jc w:val="center"/>
            </w:pPr>
            <w:r>
              <w:t>-</w:t>
            </w:r>
          </w:p>
        </w:tc>
      </w:tr>
      <w:tr w:rsidR="00BC65E0" w14:paraId="6D1EE59A" w14:textId="77777777" w:rsidTr="00BC65E0">
        <w:trPr>
          <w:jc w:val="center"/>
        </w:trPr>
        <w:tc>
          <w:tcPr>
            <w:tcW w:w="2349" w:type="dxa"/>
            <w:vAlign w:val="center"/>
          </w:tcPr>
          <w:p w14:paraId="409136CB" w14:textId="77777777" w:rsidR="00BC65E0" w:rsidRDefault="00BC65E0" w:rsidP="00BC65E0">
            <w:pPr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2349" w:type="dxa"/>
            <w:vAlign w:val="center"/>
          </w:tcPr>
          <w:p w14:paraId="1DEFDABF" w14:textId="77777777" w:rsidR="00BC65E0" w:rsidRDefault="00BC65E0" w:rsidP="00BC65E0"/>
        </w:tc>
        <w:tc>
          <w:tcPr>
            <w:tcW w:w="2349" w:type="dxa"/>
            <w:vAlign w:val="center"/>
          </w:tcPr>
          <w:p w14:paraId="15A7926D" w14:textId="77777777" w:rsidR="00BC65E0" w:rsidRDefault="00BC65E0" w:rsidP="00BC65E0"/>
        </w:tc>
        <w:tc>
          <w:tcPr>
            <w:tcW w:w="2349" w:type="dxa"/>
            <w:vAlign w:val="center"/>
          </w:tcPr>
          <w:p w14:paraId="58A92C8C" w14:textId="5AACE10F" w:rsidR="00BC65E0" w:rsidRDefault="00BC65E0" w:rsidP="00BC65E0">
            <w:pPr>
              <w:jc w:val="center"/>
            </w:pPr>
            <w:r>
              <w:t>-</w:t>
            </w:r>
          </w:p>
        </w:tc>
      </w:tr>
      <w:tr w:rsidR="00BC65E0" w14:paraId="3B8FD9D2" w14:textId="77777777" w:rsidTr="00BC65E0">
        <w:trPr>
          <w:jc w:val="center"/>
        </w:trPr>
        <w:tc>
          <w:tcPr>
            <w:tcW w:w="2349" w:type="dxa"/>
            <w:vAlign w:val="center"/>
          </w:tcPr>
          <w:p w14:paraId="555B309E" w14:textId="77777777" w:rsidR="00BC65E0" w:rsidRDefault="00BC65E0" w:rsidP="00BC65E0">
            <w:pPr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2349" w:type="dxa"/>
            <w:vAlign w:val="center"/>
          </w:tcPr>
          <w:p w14:paraId="2664F7FD" w14:textId="77777777" w:rsidR="00BC65E0" w:rsidRDefault="00BC65E0" w:rsidP="00BC65E0"/>
        </w:tc>
        <w:tc>
          <w:tcPr>
            <w:tcW w:w="2349" w:type="dxa"/>
            <w:vAlign w:val="center"/>
          </w:tcPr>
          <w:p w14:paraId="0A8A6F8B" w14:textId="77777777" w:rsidR="00BC65E0" w:rsidRDefault="00BC65E0" w:rsidP="00BC65E0"/>
        </w:tc>
        <w:tc>
          <w:tcPr>
            <w:tcW w:w="2349" w:type="dxa"/>
            <w:vAlign w:val="center"/>
          </w:tcPr>
          <w:p w14:paraId="7BE5D7AC" w14:textId="3542DF81" w:rsidR="00BC65E0" w:rsidRDefault="00BC65E0" w:rsidP="00BC65E0">
            <w:pPr>
              <w:jc w:val="center"/>
            </w:pPr>
            <w:r>
              <w:t>-</w:t>
            </w:r>
          </w:p>
        </w:tc>
      </w:tr>
      <w:tr w:rsidR="00BC65E0" w14:paraId="1C404261" w14:textId="77777777" w:rsidTr="00BC65E0">
        <w:trPr>
          <w:jc w:val="center"/>
        </w:trPr>
        <w:tc>
          <w:tcPr>
            <w:tcW w:w="2349" w:type="dxa"/>
            <w:vAlign w:val="center"/>
          </w:tcPr>
          <w:p w14:paraId="18A41C57" w14:textId="77777777" w:rsidR="00BC65E0" w:rsidRDefault="00BC65E0" w:rsidP="00BC65E0">
            <w:pPr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2349" w:type="dxa"/>
            <w:vAlign w:val="center"/>
          </w:tcPr>
          <w:p w14:paraId="6AE00148" w14:textId="77777777" w:rsidR="00BC65E0" w:rsidRDefault="00BC65E0" w:rsidP="00BC65E0"/>
        </w:tc>
        <w:tc>
          <w:tcPr>
            <w:tcW w:w="2349" w:type="dxa"/>
            <w:vAlign w:val="center"/>
          </w:tcPr>
          <w:p w14:paraId="2E9E1288" w14:textId="77777777" w:rsidR="00BC65E0" w:rsidRDefault="00BC65E0" w:rsidP="00BC65E0"/>
        </w:tc>
        <w:tc>
          <w:tcPr>
            <w:tcW w:w="2349" w:type="dxa"/>
            <w:vAlign w:val="center"/>
          </w:tcPr>
          <w:p w14:paraId="0139AA20" w14:textId="618536A5" w:rsidR="00BC65E0" w:rsidRDefault="00BC65E0" w:rsidP="00BC65E0">
            <w:pPr>
              <w:jc w:val="center"/>
            </w:pPr>
            <w:r>
              <w:t>-</w:t>
            </w:r>
          </w:p>
        </w:tc>
      </w:tr>
      <w:tr w:rsidR="00BC65E0" w14:paraId="603CA5AA" w14:textId="77777777" w:rsidTr="00BC65E0">
        <w:trPr>
          <w:jc w:val="center"/>
        </w:trPr>
        <w:tc>
          <w:tcPr>
            <w:tcW w:w="2349" w:type="dxa"/>
            <w:vAlign w:val="center"/>
          </w:tcPr>
          <w:p w14:paraId="683F31EB" w14:textId="77777777" w:rsidR="00BC65E0" w:rsidRDefault="00BC65E0" w:rsidP="00BC65E0">
            <w:pPr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2349" w:type="dxa"/>
            <w:vAlign w:val="center"/>
          </w:tcPr>
          <w:p w14:paraId="5B6AEFEE" w14:textId="77777777" w:rsidR="00BC65E0" w:rsidRDefault="00BC65E0" w:rsidP="00BC65E0"/>
        </w:tc>
        <w:tc>
          <w:tcPr>
            <w:tcW w:w="2349" w:type="dxa"/>
            <w:vAlign w:val="center"/>
          </w:tcPr>
          <w:p w14:paraId="308360AB" w14:textId="77777777" w:rsidR="00BC65E0" w:rsidRDefault="00BC65E0" w:rsidP="00BC65E0"/>
        </w:tc>
        <w:tc>
          <w:tcPr>
            <w:tcW w:w="2349" w:type="dxa"/>
            <w:vAlign w:val="center"/>
          </w:tcPr>
          <w:p w14:paraId="3B20467B" w14:textId="4E8E4F87" w:rsidR="00BC65E0" w:rsidRDefault="00BC65E0" w:rsidP="00BC65E0">
            <w:pPr>
              <w:jc w:val="center"/>
            </w:pPr>
            <w:r>
              <w:t>-</w:t>
            </w:r>
          </w:p>
        </w:tc>
      </w:tr>
    </w:tbl>
    <w:p w14:paraId="11AC4174" w14:textId="77777777" w:rsidR="00890090" w:rsidRDefault="005B46BE">
      <w:r>
        <w:rPr>
          <w:b/>
        </w:rPr>
        <w:t>II –</w:t>
      </w:r>
      <w:r>
        <w:rPr>
          <w:b/>
        </w:rPr>
        <w:t xml:space="preserve"> RESULTADO PROVISÓRIO DA ETAPA DE SELEÇÃO</w:t>
      </w:r>
    </w:p>
    <w:p w14:paraId="1857B8B0" w14:textId="77777777" w:rsidR="00890090" w:rsidRDefault="005B46BE">
      <w:proofErr w:type="spellStart"/>
      <w:r>
        <w:t>Após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análise</w:t>
      </w:r>
      <w:proofErr w:type="spellEnd"/>
      <w:r>
        <w:t xml:space="preserve"> dos projetos pela Comissão de Seleção, realizada de acordo com os critérios previstos no Anexo IV do edital, fica divulgado o seguinte resultado provisório: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566"/>
        <w:gridCol w:w="1565"/>
        <w:gridCol w:w="1566"/>
        <w:gridCol w:w="1567"/>
        <w:gridCol w:w="1565"/>
        <w:gridCol w:w="1567"/>
      </w:tblGrid>
      <w:tr w:rsidR="00890090" w14:paraId="450AB5F8" w14:textId="77777777">
        <w:trPr>
          <w:jc w:val="center"/>
        </w:trPr>
        <w:tc>
          <w:tcPr>
            <w:tcW w:w="1568" w:type="dxa"/>
            <w:shd w:val="clear" w:color="auto" w:fill="D9EAF7"/>
            <w:vAlign w:val="center"/>
          </w:tcPr>
          <w:p w14:paraId="7854FE97" w14:textId="77777777" w:rsidR="00890090" w:rsidRDefault="005B46BE">
            <w:pPr>
              <w:jc w:val="center"/>
            </w:pPr>
            <w:r>
              <w:rPr>
                <w:b/>
                <w:sz w:val="16"/>
              </w:rPr>
              <w:lastRenderedPageBreak/>
              <w:t>Classificação</w:t>
            </w:r>
          </w:p>
        </w:tc>
        <w:tc>
          <w:tcPr>
            <w:tcW w:w="1568" w:type="dxa"/>
            <w:shd w:val="clear" w:color="auto" w:fill="D9EAF7"/>
            <w:vAlign w:val="center"/>
          </w:tcPr>
          <w:p w14:paraId="6FB7F212" w14:textId="77777777" w:rsidR="00890090" w:rsidRDefault="005B46BE">
            <w:pPr>
              <w:jc w:val="center"/>
            </w:pPr>
            <w:r>
              <w:rPr>
                <w:b/>
                <w:sz w:val="16"/>
              </w:rPr>
              <w:t>Nº inscrição</w:t>
            </w:r>
          </w:p>
        </w:tc>
        <w:tc>
          <w:tcPr>
            <w:tcW w:w="1568" w:type="dxa"/>
            <w:shd w:val="clear" w:color="auto" w:fill="D9EAF7"/>
            <w:vAlign w:val="center"/>
          </w:tcPr>
          <w:p w14:paraId="7ECE8942" w14:textId="77777777" w:rsidR="00890090" w:rsidRDefault="005B46BE">
            <w:pPr>
              <w:jc w:val="center"/>
            </w:pPr>
            <w:r>
              <w:rPr>
                <w:b/>
                <w:sz w:val="16"/>
              </w:rPr>
              <w:t>Proponente</w:t>
            </w:r>
          </w:p>
        </w:tc>
        <w:tc>
          <w:tcPr>
            <w:tcW w:w="1568" w:type="dxa"/>
            <w:shd w:val="clear" w:color="auto" w:fill="D9EAF7"/>
            <w:vAlign w:val="center"/>
          </w:tcPr>
          <w:p w14:paraId="54749865" w14:textId="77777777" w:rsidR="00890090" w:rsidRDefault="005B46BE">
            <w:pPr>
              <w:jc w:val="center"/>
            </w:pPr>
            <w:r>
              <w:rPr>
                <w:b/>
                <w:sz w:val="16"/>
              </w:rPr>
              <w:t>Projeto/Artista</w:t>
            </w:r>
          </w:p>
        </w:tc>
        <w:tc>
          <w:tcPr>
            <w:tcW w:w="1568" w:type="dxa"/>
            <w:shd w:val="clear" w:color="auto" w:fill="D9EAF7"/>
            <w:vAlign w:val="center"/>
          </w:tcPr>
          <w:p w14:paraId="1807386E" w14:textId="77777777" w:rsidR="00890090" w:rsidRDefault="005B46BE">
            <w:pPr>
              <w:jc w:val="center"/>
            </w:pPr>
            <w:r>
              <w:rPr>
                <w:b/>
                <w:sz w:val="16"/>
              </w:rPr>
              <w:t>Pontuação</w:t>
            </w:r>
          </w:p>
        </w:tc>
        <w:tc>
          <w:tcPr>
            <w:tcW w:w="1568" w:type="dxa"/>
            <w:shd w:val="clear" w:color="auto" w:fill="D9EAF7"/>
            <w:vAlign w:val="center"/>
          </w:tcPr>
          <w:p w14:paraId="680C905A" w14:textId="77777777" w:rsidR="00890090" w:rsidRDefault="005B46BE">
            <w:pPr>
              <w:jc w:val="center"/>
            </w:pPr>
            <w:r>
              <w:rPr>
                <w:b/>
                <w:sz w:val="16"/>
              </w:rPr>
              <w:t>Situação</w:t>
            </w:r>
          </w:p>
        </w:tc>
      </w:tr>
      <w:tr w:rsidR="00890090" w14:paraId="695143CD" w14:textId="77777777">
        <w:trPr>
          <w:jc w:val="center"/>
        </w:trPr>
        <w:tc>
          <w:tcPr>
            <w:tcW w:w="1568" w:type="dxa"/>
            <w:vAlign w:val="center"/>
          </w:tcPr>
          <w:p w14:paraId="46F3CCCD" w14:textId="77777777" w:rsidR="00890090" w:rsidRDefault="005B46BE">
            <w:pPr>
              <w:jc w:val="center"/>
            </w:pPr>
            <w:r>
              <w:rPr>
                <w:sz w:val="16"/>
              </w:rPr>
              <w:t>1º</w:t>
            </w:r>
          </w:p>
        </w:tc>
        <w:tc>
          <w:tcPr>
            <w:tcW w:w="1568" w:type="dxa"/>
            <w:vAlign w:val="center"/>
          </w:tcPr>
          <w:p w14:paraId="1204A8EC" w14:textId="052AFDD0" w:rsidR="00890090" w:rsidRDefault="00BC65E0">
            <w:pPr>
              <w:jc w:val="center"/>
            </w:pPr>
            <w:r>
              <w:t>2</w:t>
            </w:r>
          </w:p>
        </w:tc>
        <w:tc>
          <w:tcPr>
            <w:tcW w:w="1568" w:type="dxa"/>
            <w:vAlign w:val="center"/>
          </w:tcPr>
          <w:p w14:paraId="57D10E0B" w14:textId="4DDE0D95" w:rsidR="00890090" w:rsidRDefault="00BC65E0">
            <w:r>
              <w:t>Tiago</w:t>
            </w:r>
          </w:p>
        </w:tc>
        <w:tc>
          <w:tcPr>
            <w:tcW w:w="1568" w:type="dxa"/>
            <w:vAlign w:val="center"/>
          </w:tcPr>
          <w:p w14:paraId="0A14B190" w14:textId="7F200E7A" w:rsidR="00890090" w:rsidRDefault="00BC65E0">
            <w:r>
              <w:t xml:space="preserve">Tiago Viola e o </w:t>
            </w:r>
            <w:proofErr w:type="spellStart"/>
            <w:r>
              <w:t>Sertanejo</w:t>
            </w:r>
            <w:proofErr w:type="spellEnd"/>
            <w:r>
              <w:t xml:space="preserve"> </w:t>
            </w:r>
            <w:proofErr w:type="spellStart"/>
            <w:r>
              <w:t>Raiz</w:t>
            </w:r>
            <w:proofErr w:type="spellEnd"/>
            <w:r>
              <w:t xml:space="preserve"> </w:t>
            </w:r>
          </w:p>
        </w:tc>
        <w:tc>
          <w:tcPr>
            <w:tcW w:w="1568" w:type="dxa"/>
            <w:vAlign w:val="center"/>
          </w:tcPr>
          <w:p w14:paraId="56EC9490" w14:textId="3DC1FEEF" w:rsidR="00890090" w:rsidRDefault="00F9131C">
            <w:pPr>
              <w:jc w:val="center"/>
            </w:pPr>
            <w:r>
              <w:t>9</w:t>
            </w:r>
            <w:r w:rsidR="00C51B40">
              <w:t>0</w:t>
            </w:r>
          </w:p>
        </w:tc>
        <w:tc>
          <w:tcPr>
            <w:tcW w:w="1568" w:type="dxa"/>
            <w:vAlign w:val="center"/>
          </w:tcPr>
          <w:p w14:paraId="4D0C3B71" w14:textId="2189CC78" w:rsidR="00890090" w:rsidRDefault="00F9131C">
            <w:pPr>
              <w:jc w:val="center"/>
            </w:pPr>
            <w:proofErr w:type="spellStart"/>
            <w:r>
              <w:t>Classificado</w:t>
            </w:r>
            <w:proofErr w:type="spellEnd"/>
          </w:p>
        </w:tc>
      </w:tr>
      <w:tr w:rsidR="00890090" w14:paraId="229585E2" w14:textId="77777777">
        <w:trPr>
          <w:jc w:val="center"/>
        </w:trPr>
        <w:tc>
          <w:tcPr>
            <w:tcW w:w="1568" w:type="dxa"/>
            <w:vAlign w:val="center"/>
          </w:tcPr>
          <w:p w14:paraId="6DA302EF" w14:textId="77777777" w:rsidR="00890090" w:rsidRDefault="005B46BE">
            <w:pPr>
              <w:jc w:val="center"/>
            </w:pPr>
            <w:r>
              <w:rPr>
                <w:sz w:val="16"/>
              </w:rPr>
              <w:t>2º</w:t>
            </w:r>
          </w:p>
        </w:tc>
        <w:tc>
          <w:tcPr>
            <w:tcW w:w="1568" w:type="dxa"/>
            <w:vAlign w:val="center"/>
          </w:tcPr>
          <w:p w14:paraId="21B48782" w14:textId="5D57DAD8" w:rsidR="00890090" w:rsidRDefault="00BC65E0">
            <w:pPr>
              <w:jc w:val="center"/>
            </w:pPr>
            <w:r>
              <w:t>1</w:t>
            </w:r>
          </w:p>
        </w:tc>
        <w:tc>
          <w:tcPr>
            <w:tcW w:w="1568" w:type="dxa"/>
            <w:vAlign w:val="center"/>
          </w:tcPr>
          <w:p w14:paraId="25BF434C" w14:textId="53898821" w:rsidR="00890090" w:rsidRDefault="00BC65E0">
            <w:r>
              <w:t>Eduardo</w:t>
            </w:r>
          </w:p>
        </w:tc>
        <w:tc>
          <w:tcPr>
            <w:tcW w:w="1568" w:type="dxa"/>
            <w:vAlign w:val="center"/>
          </w:tcPr>
          <w:p w14:paraId="35856F82" w14:textId="1AE10B8D" w:rsidR="00890090" w:rsidRDefault="00BC65E0">
            <w:proofErr w:type="spellStart"/>
            <w:r>
              <w:t>Sertanejo</w:t>
            </w:r>
            <w:proofErr w:type="spellEnd"/>
            <w:r>
              <w:t xml:space="preserve"> </w:t>
            </w:r>
            <w:proofErr w:type="spellStart"/>
            <w:r>
              <w:t>Hoje</w:t>
            </w:r>
            <w:proofErr w:type="spellEnd"/>
          </w:p>
        </w:tc>
        <w:tc>
          <w:tcPr>
            <w:tcW w:w="1568" w:type="dxa"/>
            <w:vAlign w:val="center"/>
          </w:tcPr>
          <w:p w14:paraId="5B13B135" w14:textId="1E961C72" w:rsidR="00890090" w:rsidRDefault="00F9131C">
            <w:pPr>
              <w:jc w:val="center"/>
            </w:pPr>
            <w:r>
              <w:t>88</w:t>
            </w:r>
          </w:p>
        </w:tc>
        <w:tc>
          <w:tcPr>
            <w:tcW w:w="1568" w:type="dxa"/>
            <w:vAlign w:val="center"/>
          </w:tcPr>
          <w:p w14:paraId="1D821613" w14:textId="49B1C4ED" w:rsidR="00890090" w:rsidRDefault="00F9131C">
            <w:pPr>
              <w:jc w:val="center"/>
            </w:pPr>
            <w:proofErr w:type="spellStart"/>
            <w:r>
              <w:t>Classificado</w:t>
            </w:r>
            <w:proofErr w:type="spellEnd"/>
          </w:p>
        </w:tc>
      </w:tr>
      <w:tr w:rsidR="00890090" w14:paraId="77BBEEF9" w14:textId="77777777">
        <w:trPr>
          <w:jc w:val="center"/>
        </w:trPr>
        <w:tc>
          <w:tcPr>
            <w:tcW w:w="1568" w:type="dxa"/>
            <w:vAlign w:val="center"/>
          </w:tcPr>
          <w:p w14:paraId="5D3E04AB" w14:textId="77777777" w:rsidR="00890090" w:rsidRDefault="005B46BE">
            <w:pPr>
              <w:jc w:val="center"/>
            </w:pPr>
            <w:r>
              <w:rPr>
                <w:sz w:val="16"/>
              </w:rPr>
              <w:t>3º</w:t>
            </w:r>
          </w:p>
        </w:tc>
        <w:tc>
          <w:tcPr>
            <w:tcW w:w="1568" w:type="dxa"/>
            <w:vAlign w:val="center"/>
          </w:tcPr>
          <w:p w14:paraId="2F45FE98" w14:textId="2CD05BDD" w:rsidR="00890090" w:rsidRDefault="00097895">
            <w:pPr>
              <w:jc w:val="center"/>
            </w:pPr>
            <w:r>
              <w:t>3</w:t>
            </w:r>
          </w:p>
        </w:tc>
        <w:tc>
          <w:tcPr>
            <w:tcW w:w="1568" w:type="dxa"/>
            <w:vAlign w:val="center"/>
          </w:tcPr>
          <w:p w14:paraId="2B44EB55" w14:textId="3E9FE882" w:rsidR="00890090" w:rsidRDefault="00097895">
            <w:r>
              <w:t>Gustavo</w:t>
            </w:r>
          </w:p>
        </w:tc>
        <w:tc>
          <w:tcPr>
            <w:tcW w:w="1568" w:type="dxa"/>
            <w:vAlign w:val="center"/>
          </w:tcPr>
          <w:p w14:paraId="0E04D4C1" w14:textId="798CFC9F" w:rsidR="00890090" w:rsidRDefault="0030722C">
            <w:proofErr w:type="spellStart"/>
            <w:r>
              <w:t>Cantando</w:t>
            </w:r>
            <w:proofErr w:type="spellEnd"/>
            <w:r>
              <w:t xml:space="preserve"> </w:t>
            </w:r>
            <w:proofErr w:type="spellStart"/>
            <w:r>
              <w:t>em</w:t>
            </w:r>
            <w:proofErr w:type="spellEnd"/>
            <w:r>
              <w:t xml:space="preserve"> casa</w:t>
            </w:r>
          </w:p>
        </w:tc>
        <w:tc>
          <w:tcPr>
            <w:tcW w:w="1568" w:type="dxa"/>
            <w:vAlign w:val="center"/>
          </w:tcPr>
          <w:p w14:paraId="6A629E6B" w14:textId="50026528" w:rsidR="00890090" w:rsidRDefault="00F9131C">
            <w:pPr>
              <w:jc w:val="center"/>
            </w:pPr>
            <w:r>
              <w:t>82</w:t>
            </w:r>
          </w:p>
        </w:tc>
        <w:tc>
          <w:tcPr>
            <w:tcW w:w="1568" w:type="dxa"/>
            <w:vAlign w:val="center"/>
          </w:tcPr>
          <w:p w14:paraId="64645273" w14:textId="232D5479" w:rsidR="00890090" w:rsidRDefault="00F9131C">
            <w:pPr>
              <w:jc w:val="center"/>
            </w:pPr>
            <w:proofErr w:type="spellStart"/>
            <w:r>
              <w:t>Classiicado</w:t>
            </w:r>
            <w:proofErr w:type="spellEnd"/>
          </w:p>
        </w:tc>
      </w:tr>
      <w:tr w:rsidR="00890090" w14:paraId="2DEFDAE1" w14:textId="77777777">
        <w:trPr>
          <w:jc w:val="center"/>
        </w:trPr>
        <w:tc>
          <w:tcPr>
            <w:tcW w:w="1568" w:type="dxa"/>
            <w:vAlign w:val="center"/>
          </w:tcPr>
          <w:p w14:paraId="7FCBC78E" w14:textId="77777777" w:rsidR="00890090" w:rsidRDefault="005B46BE">
            <w:pPr>
              <w:jc w:val="center"/>
            </w:pPr>
            <w:r>
              <w:rPr>
                <w:sz w:val="16"/>
              </w:rPr>
              <w:t>4º</w:t>
            </w:r>
          </w:p>
        </w:tc>
        <w:tc>
          <w:tcPr>
            <w:tcW w:w="1568" w:type="dxa"/>
            <w:vAlign w:val="center"/>
          </w:tcPr>
          <w:p w14:paraId="47B39197" w14:textId="17A78BAF" w:rsidR="00890090" w:rsidRDefault="00097895">
            <w:pPr>
              <w:jc w:val="center"/>
            </w:pPr>
            <w:r>
              <w:t>9</w:t>
            </w:r>
          </w:p>
        </w:tc>
        <w:tc>
          <w:tcPr>
            <w:tcW w:w="1568" w:type="dxa"/>
            <w:vAlign w:val="center"/>
          </w:tcPr>
          <w:p w14:paraId="4EE52333" w14:textId="0B05FDEF" w:rsidR="00890090" w:rsidRDefault="00097895">
            <w:r>
              <w:t>Ana Julia</w:t>
            </w:r>
          </w:p>
        </w:tc>
        <w:tc>
          <w:tcPr>
            <w:tcW w:w="1568" w:type="dxa"/>
            <w:vAlign w:val="center"/>
          </w:tcPr>
          <w:p w14:paraId="47843118" w14:textId="23508834" w:rsidR="00890090" w:rsidRDefault="00EE3B73">
            <w:proofErr w:type="spellStart"/>
            <w:r>
              <w:t>Sertanejo</w:t>
            </w:r>
            <w:proofErr w:type="spellEnd"/>
            <w:r>
              <w:t xml:space="preserve"> </w:t>
            </w:r>
            <w:proofErr w:type="spellStart"/>
            <w:r>
              <w:t>Bom</w:t>
            </w:r>
            <w:proofErr w:type="spellEnd"/>
            <w:r>
              <w:t xml:space="preserve"> </w:t>
            </w:r>
            <w:proofErr w:type="spellStart"/>
            <w:r>
              <w:t>demais</w:t>
            </w:r>
            <w:proofErr w:type="spellEnd"/>
          </w:p>
        </w:tc>
        <w:tc>
          <w:tcPr>
            <w:tcW w:w="1568" w:type="dxa"/>
            <w:vAlign w:val="center"/>
          </w:tcPr>
          <w:p w14:paraId="355C5031" w14:textId="08EDA28A" w:rsidR="00890090" w:rsidRDefault="00F9131C">
            <w:pPr>
              <w:jc w:val="center"/>
            </w:pPr>
            <w:r>
              <w:t>80</w:t>
            </w:r>
          </w:p>
        </w:tc>
        <w:tc>
          <w:tcPr>
            <w:tcW w:w="1568" w:type="dxa"/>
            <w:vAlign w:val="center"/>
          </w:tcPr>
          <w:p w14:paraId="317D45E9" w14:textId="0D435B84" w:rsidR="00890090" w:rsidRDefault="00F9131C">
            <w:pPr>
              <w:jc w:val="center"/>
            </w:pPr>
            <w:proofErr w:type="spellStart"/>
            <w:r>
              <w:t>Classificado</w:t>
            </w:r>
            <w:proofErr w:type="spellEnd"/>
          </w:p>
        </w:tc>
      </w:tr>
      <w:tr w:rsidR="00890090" w14:paraId="57E6971D" w14:textId="77777777">
        <w:trPr>
          <w:jc w:val="center"/>
        </w:trPr>
        <w:tc>
          <w:tcPr>
            <w:tcW w:w="1568" w:type="dxa"/>
            <w:vAlign w:val="center"/>
          </w:tcPr>
          <w:p w14:paraId="65ACBE68" w14:textId="77777777" w:rsidR="00890090" w:rsidRDefault="005B46BE">
            <w:pPr>
              <w:jc w:val="center"/>
            </w:pPr>
            <w:r>
              <w:rPr>
                <w:sz w:val="16"/>
              </w:rPr>
              <w:t>5º</w:t>
            </w:r>
          </w:p>
        </w:tc>
        <w:tc>
          <w:tcPr>
            <w:tcW w:w="1568" w:type="dxa"/>
            <w:vAlign w:val="center"/>
          </w:tcPr>
          <w:p w14:paraId="2F117F5D" w14:textId="7FEB76AA" w:rsidR="00890090" w:rsidRDefault="00097895">
            <w:pPr>
              <w:jc w:val="center"/>
            </w:pPr>
            <w:r>
              <w:t>8</w:t>
            </w:r>
          </w:p>
        </w:tc>
        <w:tc>
          <w:tcPr>
            <w:tcW w:w="1568" w:type="dxa"/>
            <w:vAlign w:val="center"/>
          </w:tcPr>
          <w:p w14:paraId="4D4FD59F" w14:textId="3BAA0777" w:rsidR="00890090" w:rsidRDefault="00097895">
            <w:r>
              <w:t>Rodrigo Jr.</w:t>
            </w:r>
          </w:p>
        </w:tc>
        <w:tc>
          <w:tcPr>
            <w:tcW w:w="1568" w:type="dxa"/>
            <w:vAlign w:val="center"/>
          </w:tcPr>
          <w:p w14:paraId="0AC30F81" w14:textId="412343E3" w:rsidR="00890090" w:rsidRDefault="00230FF7">
            <w:proofErr w:type="spellStart"/>
            <w:r>
              <w:t>Rodriguinho</w:t>
            </w:r>
            <w:proofErr w:type="spellEnd"/>
            <w:r>
              <w:t xml:space="preserve"> show</w:t>
            </w:r>
          </w:p>
        </w:tc>
        <w:tc>
          <w:tcPr>
            <w:tcW w:w="1568" w:type="dxa"/>
            <w:vAlign w:val="center"/>
          </w:tcPr>
          <w:p w14:paraId="78367A10" w14:textId="2F01A930" w:rsidR="00890090" w:rsidRDefault="00F9131C">
            <w:pPr>
              <w:jc w:val="center"/>
            </w:pPr>
            <w:r>
              <w:t>78</w:t>
            </w:r>
          </w:p>
        </w:tc>
        <w:tc>
          <w:tcPr>
            <w:tcW w:w="1568" w:type="dxa"/>
            <w:vAlign w:val="center"/>
          </w:tcPr>
          <w:p w14:paraId="5CF5AC79" w14:textId="1C7A6B67" w:rsidR="00890090" w:rsidRDefault="00F9131C">
            <w:pPr>
              <w:jc w:val="center"/>
            </w:pPr>
            <w:proofErr w:type="spellStart"/>
            <w:r>
              <w:t>Classificado</w:t>
            </w:r>
            <w:proofErr w:type="spellEnd"/>
          </w:p>
        </w:tc>
      </w:tr>
      <w:tr w:rsidR="00890090" w14:paraId="5706AF38" w14:textId="77777777">
        <w:trPr>
          <w:jc w:val="center"/>
        </w:trPr>
        <w:tc>
          <w:tcPr>
            <w:tcW w:w="1568" w:type="dxa"/>
            <w:vAlign w:val="center"/>
          </w:tcPr>
          <w:p w14:paraId="444028B9" w14:textId="77777777" w:rsidR="00890090" w:rsidRDefault="005B46BE">
            <w:pPr>
              <w:jc w:val="center"/>
            </w:pPr>
            <w:r>
              <w:rPr>
                <w:sz w:val="16"/>
              </w:rPr>
              <w:t>6º</w:t>
            </w:r>
          </w:p>
        </w:tc>
        <w:tc>
          <w:tcPr>
            <w:tcW w:w="1568" w:type="dxa"/>
            <w:vAlign w:val="center"/>
          </w:tcPr>
          <w:p w14:paraId="6C671E57" w14:textId="22CF15EB" w:rsidR="00890090" w:rsidRDefault="00097895">
            <w:pPr>
              <w:jc w:val="center"/>
            </w:pPr>
            <w:r>
              <w:t>7</w:t>
            </w:r>
          </w:p>
        </w:tc>
        <w:tc>
          <w:tcPr>
            <w:tcW w:w="1568" w:type="dxa"/>
            <w:vAlign w:val="center"/>
          </w:tcPr>
          <w:p w14:paraId="4B03E757" w14:textId="173A136A" w:rsidR="00890090" w:rsidRDefault="00097895">
            <w:r>
              <w:t>Rodrigo</w:t>
            </w:r>
          </w:p>
        </w:tc>
        <w:tc>
          <w:tcPr>
            <w:tcW w:w="1568" w:type="dxa"/>
            <w:vAlign w:val="center"/>
          </w:tcPr>
          <w:p w14:paraId="6FCED8A2" w14:textId="14911794" w:rsidR="00890090" w:rsidRDefault="00170D16">
            <w:proofErr w:type="spellStart"/>
            <w:r>
              <w:t>Sertanejão</w:t>
            </w:r>
            <w:proofErr w:type="spellEnd"/>
            <w:r>
              <w:t xml:space="preserve"> com </w:t>
            </w:r>
            <w:proofErr w:type="spellStart"/>
            <w:r>
              <w:t>Rodrigão</w:t>
            </w:r>
            <w:proofErr w:type="spellEnd"/>
          </w:p>
        </w:tc>
        <w:tc>
          <w:tcPr>
            <w:tcW w:w="1568" w:type="dxa"/>
            <w:vAlign w:val="center"/>
          </w:tcPr>
          <w:p w14:paraId="6D59AB7F" w14:textId="518E9DCF" w:rsidR="00890090" w:rsidRDefault="00F9131C">
            <w:pPr>
              <w:jc w:val="center"/>
            </w:pPr>
            <w:r>
              <w:t>76</w:t>
            </w:r>
          </w:p>
        </w:tc>
        <w:tc>
          <w:tcPr>
            <w:tcW w:w="1568" w:type="dxa"/>
            <w:vAlign w:val="center"/>
          </w:tcPr>
          <w:p w14:paraId="24150FAA" w14:textId="031C49DE" w:rsidR="00890090" w:rsidRDefault="00F9131C">
            <w:pPr>
              <w:jc w:val="center"/>
            </w:pPr>
            <w:proofErr w:type="spellStart"/>
            <w:r>
              <w:t>Classificado</w:t>
            </w:r>
            <w:proofErr w:type="spellEnd"/>
          </w:p>
        </w:tc>
      </w:tr>
      <w:tr w:rsidR="00890090" w14:paraId="672CEEF3" w14:textId="77777777">
        <w:trPr>
          <w:jc w:val="center"/>
        </w:trPr>
        <w:tc>
          <w:tcPr>
            <w:tcW w:w="1568" w:type="dxa"/>
            <w:vAlign w:val="center"/>
          </w:tcPr>
          <w:p w14:paraId="367CD59B" w14:textId="77777777" w:rsidR="00890090" w:rsidRDefault="005B46BE">
            <w:pPr>
              <w:jc w:val="center"/>
            </w:pPr>
            <w:r>
              <w:rPr>
                <w:sz w:val="16"/>
              </w:rPr>
              <w:t>7º</w:t>
            </w:r>
          </w:p>
        </w:tc>
        <w:tc>
          <w:tcPr>
            <w:tcW w:w="1568" w:type="dxa"/>
            <w:vAlign w:val="center"/>
          </w:tcPr>
          <w:p w14:paraId="6E1B621D" w14:textId="04ED2698" w:rsidR="00890090" w:rsidRDefault="00097895">
            <w:pPr>
              <w:jc w:val="center"/>
            </w:pPr>
            <w:r>
              <w:t>4</w:t>
            </w:r>
          </w:p>
        </w:tc>
        <w:tc>
          <w:tcPr>
            <w:tcW w:w="1568" w:type="dxa"/>
            <w:vAlign w:val="center"/>
          </w:tcPr>
          <w:p w14:paraId="2B8FE554" w14:textId="68732BD8" w:rsidR="00890090" w:rsidRDefault="00097895">
            <w:r>
              <w:t>Divino</w:t>
            </w:r>
          </w:p>
        </w:tc>
        <w:tc>
          <w:tcPr>
            <w:tcW w:w="1568" w:type="dxa"/>
            <w:vAlign w:val="center"/>
          </w:tcPr>
          <w:p w14:paraId="4A5D857B" w14:textId="56755992" w:rsidR="00890090" w:rsidRDefault="00C438C4">
            <w:proofErr w:type="spellStart"/>
            <w:r>
              <w:t>Músicas</w:t>
            </w:r>
            <w:proofErr w:type="spellEnd"/>
            <w:r>
              <w:t xml:space="preserve"> </w:t>
            </w:r>
            <w:proofErr w:type="spellStart"/>
            <w:r>
              <w:t>Sertaneja</w:t>
            </w:r>
            <w:proofErr w:type="spellEnd"/>
            <w:r>
              <w:t xml:space="preserve"> e </w:t>
            </w:r>
            <w:proofErr w:type="spellStart"/>
            <w:r>
              <w:t>Religiosa</w:t>
            </w:r>
            <w:proofErr w:type="spellEnd"/>
          </w:p>
        </w:tc>
        <w:tc>
          <w:tcPr>
            <w:tcW w:w="1568" w:type="dxa"/>
            <w:vAlign w:val="center"/>
          </w:tcPr>
          <w:p w14:paraId="00D6A1D8" w14:textId="76CC7B28" w:rsidR="00890090" w:rsidRDefault="00F9131C">
            <w:pPr>
              <w:jc w:val="center"/>
            </w:pPr>
            <w:r>
              <w:t>72</w:t>
            </w:r>
          </w:p>
        </w:tc>
        <w:tc>
          <w:tcPr>
            <w:tcW w:w="1568" w:type="dxa"/>
            <w:vAlign w:val="center"/>
          </w:tcPr>
          <w:p w14:paraId="450B8CFF" w14:textId="39DF05CD" w:rsidR="00890090" w:rsidRDefault="00F9131C">
            <w:pPr>
              <w:jc w:val="center"/>
            </w:pPr>
            <w:proofErr w:type="spellStart"/>
            <w:r>
              <w:t>Classificado</w:t>
            </w:r>
            <w:proofErr w:type="spellEnd"/>
          </w:p>
        </w:tc>
      </w:tr>
      <w:tr w:rsidR="00890090" w14:paraId="31055B82" w14:textId="77777777">
        <w:trPr>
          <w:jc w:val="center"/>
        </w:trPr>
        <w:tc>
          <w:tcPr>
            <w:tcW w:w="1568" w:type="dxa"/>
            <w:vAlign w:val="center"/>
          </w:tcPr>
          <w:p w14:paraId="41D7BD30" w14:textId="77777777" w:rsidR="00890090" w:rsidRDefault="005B46BE">
            <w:pPr>
              <w:jc w:val="center"/>
            </w:pPr>
            <w:r>
              <w:rPr>
                <w:sz w:val="16"/>
              </w:rPr>
              <w:t>8º</w:t>
            </w:r>
          </w:p>
        </w:tc>
        <w:tc>
          <w:tcPr>
            <w:tcW w:w="1568" w:type="dxa"/>
            <w:vAlign w:val="center"/>
          </w:tcPr>
          <w:p w14:paraId="0C81BD45" w14:textId="2565DEE1" w:rsidR="00890090" w:rsidRDefault="00097895">
            <w:pPr>
              <w:jc w:val="center"/>
            </w:pPr>
            <w:r>
              <w:t>5</w:t>
            </w:r>
          </w:p>
        </w:tc>
        <w:tc>
          <w:tcPr>
            <w:tcW w:w="1568" w:type="dxa"/>
            <w:vAlign w:val="center"/>
          </w:tcPr>
          <w:p w14:paraId="6846C9F2" w14:textId="446B711F" w:rsidR="00890090" w:rsidRDefault="00097895">
            <w:r>
              <w:t>Edilson</w:t>
            </w:r>
          </w:p>
        </w:tc>
        <w:tc>
          <w:tcPr>
            <w:tcW w:w="1568" w:type="dxa"/>
            <w:vAlign w:val="center"/>
          </w:tcPr>
          <w:p w14:paraId="7EBE267F" w14:textId="111BC4BB" w:rsidR="00890090" w:rsidRDefault="00984EAB">
            <w:proofErr w:type="spellStart"/>
            <w:r>
              <w:t>Sertanejo</w:t>
            </w:r>
            <w:proofErr w:type="spellEnd"/>
            <w:r>
              <w:t xml:space="preserve"> </w:t>
            </w:r>
            <w:proofErr w:type="spellStart"/>
            <w:r>
              <w:t>Romântico</w:t>
            </w:r>
            <w:proofErr w:type="spellEnd"/>
          </w:p>
        </w:tc>
        <w:tc>
          <w:tcPr>
            <w:tcW w:w="1568" w:type="dxa"/>
            <w:vAlign w:val="center"/>
          </w:tcPr>
          <w:p w14:paraId="5FD7D151" w14:textId="60EDF87C" w:rsidR="00890090" w:rsidRDefault="00F9131C">
            <w:pPr>
              <w:jc w:val="center"/>
            </w:pPr>
            <w:r>
              <w:t>70</w:t>
            </w:r>
          </w:p>
        </w:tc>
        <w:tc>
          <w:tcPr>
            <w:tcW w:w="1568" w:type="dxa"/>
            <w:vAlign w:val="center"/>
          </w:tcPr>
          <w:p w14:paraId="758601F0" w14:textId="347F4D5F" w:rsidR="00890090" w:rsidRDefault="00F9131C">
            <w:pPr>
              <w:jc w:val="center"/>
            </w:pPr>
            <w:proofErr w:type="spellStart"/>
            <w:r>
              <w:t>Classificado</w:t>
            </w:r>
            <w:proofErr w:type="spellEnd"/>
          </w:p>
        </w:tc>
      </w:tr>
      <w:tr w:rsidR="00890090" w14:paraId="0B65A19E" w14:textId="77777777">
        <w:trPr>
          <w:jc w:val="center"/>
        </w:trPr>
        <w:tc>
          <w:tcPr>
            <w:tcW w:w="1568" w:type="dxa"/>
            <w:vAlign w:val="center"/>
          </w:tcPr>
          <w:p w14:paraId="359465DD" w14:textId="77777777" w:rsidR="00890090" w:rsidRDefault="005B46BE">
            <w:pPr>
              <w:jc w:val="center"/>
            </w:pPr>
            <w:r>
              <w:rPr>
                <w:sz w:val="16"/>
              </w:rPr>
              <w:t>9º</w:t>
            </w:r>
          </w:p>
        </w:tc>
        <w:tc>
          <w:tcPr>
            <w:tcW w:w="1568" w:type="dxa"/>
            <w:vAlign w:val="center"/>
          </w:tcPr>
          <w:p w14:paraId="1914AEBF" w14:textId="610EEA23" w:rsidR="00890090" w:rsidRDefault="00097895">
            <w:pPr>
              <w:jc w:val="center"/>
            </w:pPr>
            <w:r>
              <w:t>13</w:t>
            </w:r>
          </w:p>
        </w:tc>
        <w:tc>
          <w:tcPr>
            <w:tcW w:w="1568" w:type="dxa"/>
            <w:vAlign w:val="center"/>
          </w:tcPr>
          <w:p w14:paraId="49809899" w14:textId="64E2DF1D" w:rsidR="00890090" w:rsidRDefault="00097895">
            <w:r>
              <w:t>Alípio</w:t>
            </w:r>
          </w:p>
        </w:tc>
        <w:tc>
          <w:tcPr>
            <w:tcW w:w="1568" w:type="dxa"/>
            <w:vAlign w:val="center"/>
          </w:tcPr>
          <w:p w14:paraId="656AFCCC" w14:textId="0AB825C5" w:rsidR="00890090" w:rsidRDefault="00FD1FDE">
            <w:r>
              <w:t>Viola Caipira</w:t>
            </w:r>
          </w:p>
        </w:tc>
        <w:tc>
          <w:tcPr>
            <w:tcW w:w="1568" w:type="dxa"/>
            <w:vAlign w:val="center"/>
          </w:tcPr>
          <w:p w14:paraId="5471086F" w14:textId="79DBAF99" w:rsidR="00890090" w:rsidRDefault="00F9131C">
            <w:pPr>
              <w:jc w:val="center"/>
            </w:pPr>
            <w:r>
              <w:t>68</w:t>
            </w:r>
          </w:p>
        </w:tc>
        <w:tc>
          <w:tcPr>
            <w:tcW w:w="1568" w:type="dxa"/>
            <w:vAlign w:val="center"/>
          </w:tcPr>
          <w:p w14:paraId="0F5D5A80" w14:textId="0480F492" w:rsidR="00890090" w:rsidRDefault="00F9131C">
            <w:pPr>
              <w:jc w:val="center"/>
            </w:pPr>
            <w:proofErr w:type="spellStart"/>
            <w:r>
              <w:t>Classificado</w:t>
            </w:r>
            <w:proofErr w:type="spellEnd"/>
          </w:p>
        </w:tc>
      </w:tr>
      <w:tr w:rsidR="00890090" w14:paraId="7AF65115" w14:textId="77777777">
        <w:trPr>
          <w:jc w:val="center"/>
        </w:trPr>
        <w:tc>
          <w:tcPr>
            <w:tcW w:w="1568" w:type="dxa"/>
            <w:vAlign w:val="center"/>
          </w:tcPr>
          <w:p w14:paraId="54F5D7F4" w14:textId="77777777" w:rsidR="00890090" w:rsidRDefault="005B46BE">
            <w:pPr>
              <w:jc w:val="center"/>
            </w:pPr>
            <w:r>
              <w:rPr>
                <w:sz w:val="16"/>
              </w:rPr>
              <w:t>10º</w:t>
            </w:r>
          </w:p>
        </w:tc>
        <w:tc>
          <w:tcPr>
            <w:tcW w:w="1568" w:type="dxa"/>
            <w:vAlign w:val="center"/>
          </w:tcPr>
          <w:p w14:paraId="766A9643" w14:textId="18E2B7FE" w:rsidR="00890090" w:rsidRDefault="00097895">
            <w:pPr>
              <w:jc w:val="center"/>
            </w:pPr>
            <w:r>
              <w:t>12</w:t>
            </w:r>
          </w:p>
        </w:tc>
        <w:tc>
          <w:tcPr>
            <w:tcW w:w="1568" w:type="dxa"/>
            <w:vAlign w:val="center"/>
          </w:tcPr>
          <w:p w14:paraId="72137462" w14:textId="66F3A561" w:rsidR="00890090" w:rsidRDefault="00097895">
            <w:proofErr w:type="spellStart"/>
            <w:r>
              <w:t>Adenir</w:t>
            </w:r>
            <w:proofErr w:type="spellEnd"/>
          </w:p>
        </w:tc>
        <w:tc>
          <w:tcPr>
            <w:tcW w:w="1568" w:type="dxa"/>
            <w:vAlign w:val="center"/>
          </w:tcPr>
          <w:p w14:paraId="6F64D11B" w14:textId="46B49F1B" w:rsidR="00890090" w:rsidRDefault="00FD1FDE">
            <w:proofErr w:type="spellStart"/>
            <w:r>
              <w:t>Sertanejo</w:t>
            </w:r>
            <w:proofErr w:type="spellEnd"/>
            <w:r>
              <w:t xml:space="preserve"> Viola</w:t>
            </w:r>
          </w:p>
        </w:tc>
        <w:tc>
          <w:tcPr>
            <w:tcW w:w="1568" w:type="dxa"/>
            <w:vAlign w:val="center"/>
          </w:tcPr>
          <w:p w14:paraId="09B6DC3E" w14:textId="5D4EE284" w:rsidR="00890090" w:rsidRDefault="00F9131C">
            <w:pPr>
              <w:jc w:val="center"/>
            </w:pPr>
            <w:r>
              <w:t>66</w:t>
            </w:r>
          </w:p>
        </w:tc>
        <w:tc>
          <w:tcPr>
            <w:tcW w:w="1568" w:type="dxa"/>
            <w:vAlign w:val="center"/>
          </w:tcPr>
          <w:p w14:paraId="472BEB7F" w14:textId="6D93FCCE" w:rsidR="00890090" w:rsidRDefault="00F9131C">
            <w:pPr>
              <w:jc w:val="center"/>
            </w:pPr>
            <w:proofErr w:type="spellStart"/>
            <w:r>
              <w:t>Classificado</w:t>
            </w:r>
            <w:proofErr w:type="spellEnd"/>
          </w:p>
        </w:tc>
      </w:tr>
      <w:tr w:rsidR="00890090" w14:paraId="47C1254A" w14:textId="77777777">
        <w:trPr>
          <w:jc w:val="center"/>
        </w:trPr>
        <w:tc>
          <w:tcPr>
            <w:tcW w:w="1568" w:type="dxa"/>
            <w:vAlign w:val="center"/>
          </w:tcPr>
          <w:p w14:paraId="56918CB0" w14:textId="77777777" w:rsidR="00890090" w:rsidRDefault="005B46BE">
            <w:pPr>
              <w:jc w:val="center"/>
            </w:pPr>
            <w:r>
              <w:rPr>
                <w:sz w:val="16"/>
              </w:rPr>
              <w:t>11º</w:t>
            </w:r>
          </w:p>
        </w:tc>
        <w:tc>
          <w:tcPr>
            <w:tcW w:w="1568" w:type="dxa"/>
            <w:vAlign w:val="center"/>
          </w:tcPr>
          <w:p w14:paraId="28CF11BB" w14:textId="1FC4CC85" w:rsidR="00890090" w:rsidRDefault="006B74C2">
            <w:pPr>
              <w:jc w:val="center"/>
            </w:pPr>
            <w:r>
              <w:t>6</w:t>
            </w:r>
          </w:p>
        </w:tc>
        <w:tc>
          <w:tcPr>
            <w:tcW w:w="1568" w:type="dxa"/>
            <w:vAlign w:val="center"/>
          </w:tcPr>
          <w:p w14:paraId="2AE80BF3" w14:textId="581B4FE7" w:rsidR="00890090" w:rsidRDefault="006B74C2">
            <w:r>
              <w:t>Ruth</w:t>
            </w:r>
          </w:p>
        </w:tc>
        <w:tc>
          <w:tcPr>
            <w:tcW w:w="1568" w:type="dxa"/>
            <w:vAlign w:val="center"/>
          </w:tcPr>
          <w:p w14:paraId="231F3B07" w14:textId="71E4CF78" w:rsidR="00890090" w:rsidRDefault="00244C9E">
            <w:proofErr w:type="spellStart"/>
            <w:r>
              <w:t>Sertanejo</w:t>
            </w:r>
            <w:proofErr w:type="spellEnd"/>
            <w:r>
              <w:t xml:space="preserve"> é Gospel</w:t>
            </w:r>
          </w:p>
        </w:tc>
        <w:tc>
          <w:tcPr>
            <w:tcW w:w="1568" w:type="dxa"/>
            <w:vAlign w:val="center"/>
          </w:tcPr>
          <w:p w14:paraId="0028358B" w14:textId="0B7BB7E9" w:rsidR="00890090" w:rsidRDefault="00F9131C">
            <w:pPr>
              <w:jc w:val="center"/>
            </w:pPr>
            <w:r>
              <w:t>64</w:t>
            </w:r>
          </w:p>
        </w:tc>
        <w:tc>
          <w:tcPr>
            <w:tcW w:w="1568" w:type="dxa"/>
            <w:vAlign w:val="center"/>
          </w:tcPr>
          <w:p w14:paraId="219AB93D" w14:textId="3C37795C" w:rsidR="00890090" w:rsidRDefault="00F9131C">
            <w:pPr>
              <w:jc w:val="center"/>
            </w:pPr>
            <w:proofErr w:type="spellStart"/>
            <w:r>
              <w:t>Classificado</w:t>
            </w:r>
            <w:proofErr w:type="spellEnd"/>
          </w:p>
        </w:tc>
      </w:tr>
      <w:tr w:rsidR="00890090" w14:paraId="02E1DD23" w14:textId="77777777">
        <w:trPr>
          <w:jc w:val="center"/>
        </w:trPr>
        <w:tc>
          <w:tcPr>
            <w:tcW w:w="1568" w:type="dxa"/>
            <w:vAlign w:val="center"/>
          </w:tcPr>
          <w:p w14:paraId="57C05EB9" w14:textId="77777777" w:rsidR="00890090" w:rsidRDefault="005B46BE">
            <w:pPr>
              <w:jc w:val="center"/>
            </w:pPr>
            <w:r>
              <w:rPr>
                <w:sz w:val="16"/>
              </w:rPr>
              <w:t>12º</w:t>
            </w:r>
          </w:p>
        </w:tc>
        <w:tc>
          <w:tcPr>
            <w:tcW w:w="1568" w:type="dxa"/>
            <w:vAlign w:val="center"/>
          </w:tcPr>
          <w:p w14:paraId="09FECD0E" w14:textId="5EA76211" w:rsidR="00890090" w:rsidRDefault="00097895">
            <w:pPr>
              <w:jc w:val="center"/>
            </w:pPr>
            <w:r>
              <w:t>10</w:t>
            </w:r>
          </w:p>
        </w:tc>
        <w:tc>
          <w:tcPr>
            <w:tcW w:w="1568" w:type="dxa"/>
            <w:vAlign w:val="center"/>
          </w:tcPr>
          <w:p w14:paraId="0F0D5081" w14:textId="429686EF" w:rsidR="00890090" w:rsidRDefault="00097895">
            <w:r>
              <w:t>Vitor Felipe</w:t>
            </w:r>
          </w:p>
        </w:tc>
        <w:tc>
          <w:tcPr>
            <w:tcW w:w="1568" w:type="dxa"/>
            <w:vAlign w:val="center"/>
          </w:tcPr>
          <w:p w14:paraId="0CD6241B" w14:textId="68C604A6" w:rsidR="00890090" w:rsidRDefault="009D654D">
            <w:proofErr w:type="spellStart"/>
            <w:r>
              <w:t>Sertanejo</w:t>
            </w:r>
            <w:proofErr w:type="spellEnd"/>
            <w:r>
              <w:t xml:space="preserve"> é </w:t>
            </w:r>
            <w:proofErr w:type="spellStart"/>
            <w:r>
              <w:t>bom</w:t>
            </w:r>
            <w:proofErr w:type="spellEnd"/>
            <w:r>
              <w:t xml:space="preserve"> </w:t>
            </w:r>
            <w:proofErr w:type="spellStart"/>
            <w:r>
              <w:t>demais</w:t>
            </w:r>
            <w:proofErr w:type="spellEnd"/>
          </w:p>
        </w:tc>
        <w:tc>
          <w:tcPr>
            <w:tcW w:w="1568" w:type="dxa"/>
            <w:vAlign w:val="center"/>
          </w:tcPr>
          <w:p w14:paraId="0E33DEFA" w14:textId="5588FCD6" w:rsidR="00890090" w:rsidRDefault="00F9131C">
            <w:pPr>
              <w:jc w:val="center"/>
            </w:pPr>
            <w:r>
              <w:t>62</w:t>
            </w:r>
          </w:p>
        </w:tc>
        <w:tc>
          <w:tcPr>
            <w:tcW w:w="1568" w:type="dxa"/>
            <w:vAlign w:val="center"/>
          </w:tcPr>
          <w:p w14:paraId="76FDD503" w14:textId="1F1779FB" w:rsidR="00890090" w:rsidRDefault="00F9131C">
            <w:pPr>
              <w:jc w:val="center"/>
            </w:pPr>
            <w:proofErr w:type="spellStart"/>
            <w:r>
              <w:t>Classificado</w:t>
            </w:r>
            <w:proofErr w:type="spellEnd"/>
          </w:p>
        </w:tc>
      </w:tr>
      <w:tr w:rsidR="00890090" w14:paraId="351B745B" w14:textId="77777777">
        <w:trPr>
          <w:jc w:val="center"/>
        </w:trPr>
        <w:tc>
          <w:tcPr>
            <w:tcW w:w="1568" w:type="dxa"/>
            <w:vAlign w:val="center"/>
          </w:tcPr>
          <w:p w14:paraId="2DED43BC" w14:textId="77777777" w:rsidR="00890090" w:rsidRDefault="005B46BE">
            <w:pPr>
              <w:jc w:val="center"/>
            </w:pPr>
            <w:r>
              <w:rPr>
                <w:sz w:val="16"/>
              </w:rPr>
              <w:t>13º</w:t>
            </w:r>
          </w:p>
        </w:tc>
        <w:tc>
          <w:tcPr>
            <w:tcW w:w="1568" w:type="dxa"/>
            <w:vAlign w:val="center"/>
          </w:tcPr>
          <w:p w14:paraId="024C49BC" w14:textId="7F6E09C0" w:rsidR="00890090" w:rsidRDefault="006B74C2">
            <w:pPr>
              <w:jc w:val="center"/>
            </w:pPr>
            <w:r>
              <w:t>11</w:t>
            </w:r>
          </w:p>
        </w:tc>
        <w:tc>
          <w:tcPr>
            <w:tcW w:w="1568" w:type="dxa"/>
            <w:vAlign w:val="center"/>
          </w:tcPr>
          <w:p w14:paraId="43B571E3" w14:textId="61F1B0A6" w:rsidR="00890090" w:rsidRDefault="006B74C2">
            <w:r>
              <w:t>Fernando</w:t>
            </w:r>
          </w:p>
        </w:tc>
        <w:tc>
          <w:tcPr>
            <w:tcW w:w="1568" w:type="dxa"/>
            <w:vAlign w:val="center"/>
          </w:tcPr>
          <w:p w14:paraId="22DEDAF9" w14:textId="653DAE8D" w:rsidR="00890090" w:rsidRDefault="006B74C2">
            <w:proofErr w:type="spellStart"/>
            <w:r>
              <w:t>Sertanejo</w:t>
            </w:r>
            <w:proofErr w:type="spellEnd"/>
            <w:r>
              <w:t xml:space="preserve"> </w:t>
            </w:r>
            <w:proofErr w:type="spellStart"/>
            <w:r>
              <w:t>pra</w:t>
            </w:r>
            <w:proofErr w:type="spellEnd"/>
            <w:r>
              <w:t xml:space="preserve"> </w:t>
            </w:r>
            <w:proofErr w:type="spellStart"/>
            <w:r>
              <w:t>já</w:t>
            </w:r>
            <w:proofErr w:type="spellEnd"/>
          </w:p>
        </w:tc>
        <w:tc>
          <w:tcPr>
            <w:tcW w:w="1568" w:type="dxa"/>
            <w:vAlign w:val="center"/>
          </w:tcPr>
          <w:p w14:paraId="5A835434" w14:textId="2F48679A" w:rsidR="00890090" w:rsidRDefault="00F9131C">
            <w:pPr>
              <w:jc w:val="center"/>
            </w:pPr>
            <w:r>
              <w:t>60</w:t>
            </w:r>
          </w:p>
        </w:tc>
        <w:tc>
          <w:tcPr>
            <w:tcW w:w="1568" w:type="dxa"/>
            <w:vAlign w:val="center"/>
          </w:tcPr>
          <w:p w14:paraId="7B422F3F" w14:textId="15FC1CFD" w:rsidR="00890090" w:rsidRDefault="00F9131C">
            <w:pPr>
              <w:jc w:val="center"/>
            </w:pPr>
            <w:proofErr w:type="spellStart"/>
            <w:r>
              <w:t>Classificado</w:t>
            </w:r>
            <w:proofErr w:type="spellEnd"/>
          </w:p>
        </w:tc>
      </w:tr>
      <w:tr w:rsidR="00890090" w14:paraId="55AE0298" w14:textId="77777777">
        <w:trPr>
          <w:jc w:val="center"/>
        </w:trPr>
        <w:tc>
          <w:tcPr>
            <w:tcW w:w="1568" w:type="dxa"/>
            <w:vAlign w:val="center"/>
          </w:tcPr>
          <w:p w14:paraId="794B9342" w14:textId="77777777" w:rsidR="00890090" w:rsidRDefault="005B46BE">
            <w:pPr>
              <w:jc w:val="center"/>
            </w:pPr>
            <w:r>
              <w:rPr>
                <w:sz w:val="16"/>
              </w:rPr>
              <w:t>14º</w:t>
            </w:r>
          </w:p>
        </w:tc>
        <w:tc>
          <w:tcPr>
            <w:tcW w:w="1568" w:type="dxa"/>
            <w:vAlign w:val="center"/>
          </w:tcPr>
          <w:p w14:paraId="635D40C3" w14:textId="77777777" w:rsidR="00890090" w:rsidRDefault="00890090">
            <w:pPr>
              <w:jc w:val="center"/>
            </w:pPr>
          </w:p>
        </w:tc>
        <w:tc>
          <w:tcPr>
            <w:tcW w:w="1568" w:type="dxa"/>
            <w:vAlign w:val="center"/>
          </w:tcPr>
          <w:p w14:paraId="0B8A675D" w14:textId="77777777" w:rsidR="00890090" w:rsidRDefault="00890090"/>
        </w:tc>
        <w:tc>
          <w:tcPr>
            <w:tcW w:w="1568" w:type="dxa"/>
            <w:vAlign w:val="center"/>
          </w:tcPr>
          <w:p w14:paraId="57AC0B30" w14:textId="77777777" w:rsidR="00890090" w:rsidRDefault="00890090"/>
        </w:tc>
        <w:tc>
          <w:tcPr>
            <w:tcW w:w="1568" w:type="dxa"/>
            <w:vAlign w:val="center"/>
          </w:tcPr>
          <w:p w14:paraId="7E361750" w14:textId="77777777" w:rsidR="00890090" w:rsidRDefault="00890090">
            <w:pPr>
              <w:jc w:val="center"/>
            </w:pPr>
          </w:p>
        </w:tc>
        <w:tc>
          <w:tcPr>
            <w:tcW w:w="1568" w:type="dxa"/>
            <w:vAlign w:val="center"/>
          </w:tcPr>
          <w:p w14:paraId="7C2940F5" w14:textId="77777777" w:rsidR="00890090" w:rsidRDefault="00890090">
            <w:pPr>
              <w:jc w:val="center"/>
            </w:pPr>
          </w:p>
        </w:tc>
      </w:tr>
      <w:tr w:rsidR="00890090" w14:paraId="37AE8C80" w14:textId="77777777">
        <w:trPr>
          <w:jc w:val="center"/>
        </w:trPr>
        <w:tc>
          <w:tcPr>
            <w:tcW w:w="1568" w:type="dxa"/>
            <w:vAlign w:val="center"/>
          </w:tcPr>
          <w:p w14:paraId="0FA66A59" w14:textId="77777777" w:rsidR="00890090" w:rsidRDefault="005B46BE">
            <w:pPr>
              <w:jc w:val="center"/>
            </w:pPr>
            <w:r>
              <w:rPr>
                <w:sz w:val="16"/>
              </w:rPr>
              <w:t>15º</w:t>
            </w:r>
          </w:p>
        </w:tc>
        <w:tc>
          <w:tcPr>
            <w:tcW w:w="1568" w:type="dxa"/>
            <w:vAlign w:val="center"/>
          </w:tcPr>
          <w:p w14:paraId="7E4A85BC" w14:textId="77777777" w:rsidR="00890090" w:rsidRDefault="00890090">
            <w:pPr>
              <w:jc w:val="center"/>
            </w:pPr>
          </w:p>
        </w:tc>
        <w:tc>
          <w:tcPr>
            <w:tcW w:w="1568" w:type="dxa"/>
            <w:vAlign w:val="center"/>
          </w:tcPr>
          <w:p w14:paraId="0BF9805A" w14:textId="77777777" w:rsidR="00890090" w:rsidRDefault="00890090"/>
        </w:tc>
        <w:tc>
          <w:tcPr>
            <w:tcW w:w="1568" w:type="dxa"/>
            <w:vAlign w:val="center"/>
          </w:tcPr>
          <w:p w14:paraId="7DBDA454" w14:textId="77777777" w:rsidR="00890090" w:rsidRDefault="00890090"/>
        </w:tc>
        <w:tc>
          <w:tcPr>
            <w:tcW w:w="1568" w:type="dxa"/>
            <w:vAlign w:val="center"/>
          </w:tcPr>
          <w:p w14:paraId="6F562E16" w14:textId="77777777" w:rsidR="00890090" w:rsidRDefault="00890090">
            <w:pPr>
              <w:jc w:val="center"/>
            </w:pPr>
          </w:p>
        </w:tc>
        <w:tc>
          <w:tcPr>
            <w:tcW w:w="1568" w:type="dxa"/>
            <w:vAlign w:val="center"/>
          </w:tcPr>
          <w:p w14:paraId="583300B2" w14:textId="77777777" w:rsidR="00890090" w:rsidRDefault="00890090">
            <w:pPr>
              <w:jc w:val="center"/>
            </w:pPr>
          </w:p>
        </w:tc>
      </w:tr>
      <w:tr w:rsidR="00890090" w14:paraId="25290ED7" w14:textId="77777777">
        <w:trPr>
          <w:jc w:val="center"/>
        </w:trPr>
        <w:tc>
          <w:tcPr>
            <w:tcW w:w="1568" w:type="dxa"/>
            <w:vAlign w:val="center"/>
          </w:tcPr>
          <w:p w14:paraId="3E50CA31" w14:textId="77777777" w:rsidR="00890090" w:rsidRDefault="005B46BE">
            <w:pPr>
              <w:jc w:val="center"/>
            </w:pPr>
            <w:r>
              <w:rPr>
                <w:sz w:val="16"/>
              </w:rPr>
              <w:t>16º</w:t>
            </w:r>
          </w:p>
        </w:tc>
        <w:tc>
          <w:tcPr>
            <w:tcW w:w="1568" w:type="dxa"/>
            <w:vAlign w:val="center"/>
          </w:tcPr>
          <w:p w14:paraId="3C697C6A" w14:textId="77777777" w:rsidR="00890090" w:rsidRDefault="00890090">
            <w:pPr>
              <w:jc w:val="center"/>
            </w:pPr>
          </w:p>
        </w:tc>
        <w:tc>
          <w:tcPr>
            <w:tcW w:w="1568" w:type="dxa"/>
            <w:vAlign w:val="center"/>
          </w:tcPr>
          <w:p w14:paraId="35D6B458" w14:textId="77777777" w:rsidR="00890090" w:rsidRDefault="00890090"/>
        </w:tc>
        <w:tc>
          <w:tcPr>
            <w:tcW w:w="1568" w:type="dxa"/>
            <w:vAlign w:val="center"/>
          </w:tcPr>
          <w:p w14:paraId="08D1528A" w14:textId="77777777" w:rsidR="00890090" w:rsidRDefault="00890090"/>
        </w:tc>
        <w:tc>
          <w:tcPr>
            <w:tcW w:w="1568" w:type="dxa"/>
            <w:vAlign w:val="center"/>
          </w:tcPr>
          <w:p w14:paraId="61581EF2" w14:textId="77777777" w:rsidR="00890090" w:rsidRDefault="00890090">
            <w:pPr>
              <w:jc w:val="center"/>
            </w:pPr>
          </w:p>
        </w:tc>
        <w:tc>
          <w:tcPr>
            <w:tcW w:w="1568" w:type="dxa"/>
            <w:vAlign w:val="center"/>
          </w:tcPr>
          <w:p w14:paraId="0CA80734" w14:textId="77777777" w:rsidR="00890090" w:rsidRDefault="00890090">
            <w:pPr>
              <w:jc w:val="center"/>
            </w:pPr>
          </w:p>
        </w:tc>
      </w:tr>
      <w:tr w:rsidR="00890090" w14:paraId="34AA4381" w14:textId="77777777">
        <w:trPr>
          <w:jc w:val="center"/>
        </w:trPr>
        <w:tc>
          <w:tcPr>
            <w:tcW w:w="1568" w:type="dxa"/>
            <w:vAlign w:val="center"/>
          </w:tcPr>
          <w:p w14:paraId="332B0361" w14:textId="77777777" w:rsidR="00890090" w:rsidRDefault="005B46BE">
            <w:pPr>
              <w:jc w:val="center"/>
            </w:pPr>
            <w:r>
              <w:rPr>
                <w:sz w:val="16"/>
              </w:rPr>
              <w:t>17º</w:t>
            </w:r>
          </w:p>
        </w:tc>
        <w:tc>
          <w:tcPr>
            <w:tcW w:w="1568" w:type="dxa"/>
            <w:vAlign w:val="center"/>
          </w:tcPr>
          <w:p w14:paraId="142D7FB3" w14:textId="77777777" w:rsidR="00890090" w:rsidRDefault="00890090">
            <w:pPr>
              <w:jc w:val="center"/>
            </w:pPr>
          </w:p>
        </w:tc>
        <w:tc>
          <w:tcPr>
            <w:tcW w:w="1568" w:type="dxa"/>
            <w:vAlign w:val="center"/>
          </w:tcPr>
          <w:p w14:paraId="3088B93D" w14:textId="77777777" w:rsidR="00890090" w:rsidRDefault="00890090"/>
        </w:tc>
        <w:tc>
          <w:tcPr>
            <w:tcW w:w="1568" w:type="dxa"/>
            <w:vAlign w:val="center"/>
          </w:tcPr>
          <w:p w14:paraId="08373061" w14:textId="77777777" w:rsidR="00890090" w:rsidRDefault="00890090"/>
        </w:tc>
        <w:tc>
          <w:tcPr>
            <w:tcW w:w="1568" w:type="dxa"/>
            <w:vAlign w:val="center"/>
          </w:tcPr>
          <w:p w14:paraId="4847BD33" w14:textId="77777777" w:rsidR="00890090" w:rsidRDefault="00890090">
            <w:pPr>
              <w:jc w:val="center"/>
            </w:pPr>
          </w:p>
        </w:tc>
        <w:tc>
          <w:tcPr>
            <w:tcW w:w="1568" w:type="dxa"/>
            <w:vAlign w:val="center"/>
          </w:tcPr>
          <w:p w14:paraId="03321DB4" w14:textId="77777777" w:rsidR="00890090" w:rsidRDefault="00890090">
            <w:pPr>
              <w:jc w:val="center"/>
            </w:pPr>
          </w:p>
        </w:tc>
      </w:tr>
      <w:tr w:rsidR="00890090" w14:paraId="558AB14C" w14:textId="77777777">
        <w:trPr>
          <w:jc w:val="center"/>
        </w:trPr>
        <w:tc>
          <w:tcPr>
            <w:tcW w:w="1568" w:type="dxa"/>
            <w:vAlign w:val="center"/>
          </w:tcPr>
          <w:p w14:paraId="02EC7FCA" w14:textId="77777777" w:rsidR="00890090" w:rsidRDefault="005B46BE">
            <w:pPr>
              <w:jc w:val="center"/>
            </w:pPr>
            <w:r>
              <w:rPr>
                <w:sz w:val="16"/>
              </w:rPr>
              <w:t>18º</w:t>
            </w:r>
          </w:p>
        </w:tc>
        <w:tc>
          <w:tcPr>
            <w:tcW w:w="1568" w:type="dxa"/>
            <w:vAlign w:val="center"/>
          </w:tcPr>
          <w:p w14:paraId="45EF1D48" w14:textId="77777777" w:rsidR="00890090" w:rsidRDefault="00890090">
            <w:pPr>
              <w:jc w:val="center"/>
            </w:pPr>
          </w:p>
        </w:tc>
        <w:tc>
          <w:tcPr>
            <w:tcW w:w="1568" w:type="dxa"/>
            <w:vAlign w:val="center"/>
          </w:tcPr>
          <w:p w14:paraId="01433625" w14:textId="77777777" w:rsidR="00890090" w:rsidRDefault="00890090"/>
        </w:tc>
        <w:tc>
          <w:tcPr>
            <w:tcW w:w="1568" w:type="dxa"/>
            <w:vAlign w:val="center"/>
          </w:tcPr>
          <w:p w14:paraId="0A80CB8A" w14:textId="77777777" w:rsidR="00890090" w:rsidRDefault="00890090"/>
        </w:tc>
        <w:tc>
          <w:tcPr>
            <w:tcW w:w="1568" w:type="dxa"/>
            <w:vAlign w:val="center"/>
          </w:tcPr>
          <w:p w14:paraId="0A0D130D" w14:textId="77777777" w:rsidR="00890090" w:rsidRDefault="00890090">
            <w:pPr>
              <w:jc w:val="center"/>
            </w:pPr>
          </w:p>
        </w:tc>
        <w:tc>
          <w:tcPr>
            <w:tcW w:w="1568" w:type="dxa"/>
            <w:vAlign w:val="center"/>
          </w:tcPr>
          <w:p w14:paraId="32A09541" w14:textId="77777777" w:rsidR="00890090" w:rsidRDefault="00890090">
            <w:pPr>
              <w:jc w:val="center"/>
            </w:pPr>
          </w:p>
        </w:tc>
      </w:tr>
      <w:tr w:rsidR="00890090" w14:paraId="5F173A38" w14:textId="77777777">
        <w:trPr>
          <w:jc w:val="center"/>
        </w:trPr>
        <w:tc>
          <w:tcPr>
            <w:tcW w:w="1568" w:type="dxa"/>
            <w:vAlign w:val="center"/>
          </w:tcPr>
          <w:p w14:paraId="44C0882A" w14:textId="77777777" w:rsidR="00890090" w:rsidRDefault="005B46BE">
            <w:pPr>
              <w:jc w:val="center"/>
            </w:pPr>
            <w:r>
              <w:rPr>
                <w:sz w:val="16"/>
              </w:rPr>
              <w:t>19º</w:t>
            </w:r>
          </w:p>
        </w:tc>
        <w:tc>
          <w:tcPr>
            <w:tcW w:w="1568" w:type="dxa"/>
            <w:vAlign w:val="center"/>
          </w:tcPr>
          <w:p w14:paraId="2934836F" w14:textId="77777777" w:rsidR="00890090" w:rsidRDefault="00890090">
            <w:pPr>
              <w:jc w:val="center"/>
            </w:pPr>
          </w:p>
        </w:tc>
        <w:tc>
          <w:tcPr>
            <w:tcW w:w="1568" w:type="dxa"/>
            <w:vAlign w:val="center"/>
          </w:tcPr>
          <w:p w14:paraId="5EA2FA6F" w14:textId="77777777" w:rsidR="00890090" w:rsidRDefault="00890090"/>
        </w:tc>
        <w:tc>
          <w:tcPr>
            <w:tcW w:w="1568" w:type="dxa"/>
            <w:vAlign w:val="center"/>
          </w:tcPr>
          <w:p w14:paraId="2D6E6E9C" w14:textId="77777777" w:rsidR="00890090" w:rsidRDefault="00890090"/>
        </w:tc>
        <w:tc>
          <w:tcPr>
            <w:tcW w:w="1568" w:type="dxa"/>
            <w:vAlign w:val="center"/>
          </w:tcPr>
          <w:p w14:paraId="00961AF0" w14:textId="77777777" w:rsidR="00890090" w:rsidRDefault="00890090">
            <w:pPr>
              <w:jc w:val="center"/>
            </w:pPr>
          </w:p>
        </w:tc>
        <w:tc>
          <w:tcPr>
            <w:tcW w:w="1568" w:type="dxa"/>
            <w:vAlign w:val="center"/>
          </w:tcPr>
          <w:p w14:paraId="19940883" w14:textId="77777777" w:rsidR="00890090" w:rsidRDefault="00890090">
            <w:pPr>
              <w:jc w:val="center"/>
            </w:pPr>
          </w:p>
        </w:tc>
      </w:tr>
      <w:tr w:rsidR="00890090" w14:paraId="189AD9FB" w14:textId="77777777">
        <w:trPr>
          <w:jc w:val="center"/>
        </w:trPr>
        <w:tc>
          <w:tcPr>
            <w:tcW w:w="1568" w:type="dxa"/>
            <w:vAlign w:val="center"/>
          </w:tcPr>
          <w:p w14:paraId="19215744" w14:textId="77777777" w:rsidR="00890090" w:rsidRDefault="005B46BE">
            <w:pPr>
              <w:jc w:val="center"/>
            </w:pPr>
            <w:r>
              <w:rPr>
                <w:sz w:val="16"/>
              </w:rPr>
              <w:t>20º</w:t>
            </w:r>
          </w:p>
        </w:tc>
        <w:tc>
          <w:tcPr>
            <w:tcW w:w="1568" w:type="dxa"/>
            <w:vAlign w:val="center"/>
          </w:tcPr>
          <w:p w14:paraId="2F1D907D" w14:textId="77777777" w:rsidR="00890090" w:rsidRDefault="00890090">
            <w:pPr>
              <w:jc w:val="center"/>
            </w:pPr>
          </w:p>
        </w:tc>
        <w:tc>
          <w:tcPr>
            <w:tcW w:w="1568" w:type="dxa"/>
            <w:vAlign w:val="center"/>
          </w:tcPr>
          <w:p w14:paraId="1C3CDB83" w14:textId="77777777" w:rsidR="00890090" w:rsidRDefault="00890090"/>
        </w:tc>
        <w:tc>
          <w:tcPr>
            <w:tcW w:w="1568" w:type="dxa"/>
            <w:vAlign w:val="center"/>
          </w:tcPr>
          <w:p w14:paraId="65BDEABB" w14:textId="77777777" w:rsidR="00890090" w:rsidRDefault="00890090"/>
        </w:tc>
        <w:tc>
          <w:tcPr>
            <w:tcW w:w="1568" w:type="dxa"/>
            <w:vAlign w:val="center"/>
          </w:tcPr>
          <w:p w14:paraId="41E30656" w14:textId="77777777" w:rsidR="00890090" w:rsidRDefault="00890090">
            <w:pPr>
              <w:jc w:val="center"/>
            </w:pPr>
          </w:p>
        </w:tc>
        <w:tc>
          <w:tcPr>
            <w:tcW w:w="1568" w:type="dxa"/>
            <w:vAlign w:val="center"/>
          </w:tcPr>
          <w:p w14:paraId="3D76FB7E" w14:textId="77777777" w:rsidR="00890090" w:rsidRDefault="00890090">
            <w:pPr>
              <w:jc w:val="center"/>
            </w:pPr>
          </w:p>
        </w:tc>
      </w:tr>
    </w:tbl>
    <w:p w14:paraId="07A9376C" w14:textId="77777777" w:rsidR="00890090" w:rsidRDefault="005B46BE">
      <w:r>
        <w:rPr>
          <w:b/>
        </w:rPr>
        <w:t>III – DOS RECURSOS</w:t>
      </w:r>
    </w:p>
    <w:p w14:paraId="01BFD76C" w14:textId="77777777" w:rsidR="00890090" w:rsidRDefault="005B46BE">
      <w:r>
        <w:t xml:space="preserve">Contra a decisão da fase de seleção caberá recurso destinado à Diretoria Municipal de Cultura e Turismo, nos termos do item 7.6 </w:t>
      </w:r>
      <w:r>
        <w:t>do edital, no prazo de 3 (três) dias úteis a contar da publicação deste resultado, considerando-se para início da contagem o primeiro dia útil posterior à publicação.</w:t>
      </w:r>
    </w:p>
    <w:p w14:paraId="37B7EBA7" w14:textId="77777777" w:rsidR="00890090" w:rsidRDefault="005B46BE">
      <w:r>
        <w:t>Os recursos deverão ser apresentados pelo meio e no endereço indicados no edital. Recurso</w:t>
      </w:r>
      <w:r>
        <w:t>s apresentados fora do prazo não serão avaliados.</w:t>
      </w:r>
    </w:p>
    <w:p w14:paraId="25D83FF6" w14:textId="77777777" w:rsidR="00890090" w:rsidRDefault="005B46BE">
      <w:r>
        <w:t>Após o julgamento dos recursos, será divulgado o Resultado Final da Etapa de Seleção, na forma estabelecida pelo edital.</w:t>
      </w:r>
    </w:p>
    <w:p w14:paraId="741A861F" w14:textId="77777777" w:rsidR="00890090" w:rsidRDefault="005B46BE">
      <w:r>
        <w:rPr>
          <w:b/>
        </w:rPr>
        <w:t>IV – DISPOSIÇÕES FINAIS</w:t>
      </w:r>
    </w:p>
    <w:p w14:paraId="38985796" w14:textId="77777777" w:rsidR="00890090" w:rsidRDefault="005B46BE">
      <w:r>
        <w:t>O presente resultado possui caráter provisório e não constitu</w:t>
      </w:r>
      <w:r>
        <w:t>i, por si só, convocação para assinatura do Termo de Execução Cultural ou autorização para recebimento dos recursos. As etapas posteriores observarão integralmente as disposições do edital.</w:t>
      </w:r>
    </w:p>
    <w:p w14:paraId="4764E6F0" w14:textId="77777777" w:rsidR="00890090" w:rsidRDefault="00890090"/>
    <w:p w14:paraId="04FC700A" w14:textId="12B13998" w:rsidR="00890090" w:rsidRDefault="005B46BE">
      <w:pPr>
        <w:jc w:val="center"/>
      </w:pPr>
      <w:r>
        <w:t>Cosmorama/SP, 07 de outubro</w:t>
      </w:r>
      <w:bookmarkStart w:id="0" w:name="_GoBack"/>
      <w:bookmarkEnd w:id="0"/>
      <w:r>
        <w:t xml:space="preserve"> de 2026.</w:t>
      </w:r>
    </w:p>
    <w:p w14:paraId="6362E3DB" w14:textId="77777777" w:rsidR="00890090" w:rsidRDefault="00890090"/>
    <w:p w14:paraId="63CC398C" w14:textId="77777777" w:rsidR="00890090" w:rsidRDefault="005B46BE">
      <w:pPr>
        <w:jc w:val="center"/>
      </w:pPr>
      <w:r>
        <w:t>____________________________________________</w:t>
      </w:r>
    </w:p>
    <w:p w14:paraId="2CC8ACC4" w14:textId="5A901ECF" w:rsidR="00890090" w:rsidRDefault="005B46BE">
      <w:pPr>
        <w:jc w:val="center"/>
      </w:pPr>
      <w:proofErr w:type="spellStart"/>
      <w:r>
        <w:t>Diretoria</w:t>
      </w:r>
      <w:proofErr w:type="spellEnd"/>
      <w:r>
        <w:t xml:space="preserve"> Municipal de</w:t>
      </w:r>
      <w:r w:rsidR="00B03FFC">
        <w:t xml:space="preserve"> </w:t>
      </w:r>
      <w:proofErr w:type="spellStart"/>
      <w:r w:rsidR="00B03FFC">
        <w:t>Educação</w:t>
      </w:r>
      <w:proofErr w:type="spellEnd"/>
      <w:r w:rsidR="00B03FFC">
        <w:t>,</w:t>
      </w:r>
      <w:r>
        <w:t xml:space="preserve"> Cultura e Turismo</w:t>
      </w:r>
    </w:p>
    <w:sectPr w:rsidR="00890090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006D6" w14:textId="77777777" w:rsidR="00083A82" w:rsidRDefault="00083A82">
      <w:pPr>
        <w:spacing w:after="0" w:line="240" w:lineRule="auto"/>
      </w:pPr>
      <w:r>
        <w:separator/>
      </w:r>
    </w:p>
  </w:endnote>
  <w:endnote w:type="continuationSeparator" w:id="0">
    <w:p w14:paraId="537BE4C2" w14:textId="77777777" w:rsidR="00083A82" w:rsidRDefault="00083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104D3" w14:textId="77777777" w:rsidR="00083A82" w:rsidRDefault="00083A82">
      <w:pPr>
        <w:spacing w:after="0" w:line="240" w:lineRule="auto"/>
      </w:pPr>
      <w:r>
        <w:separator/>
      </w:r>
    </w:p>
  </w:footnote>
  <w:footnote w:type="continuationSeparator" w:id="0">
    <w:p w14:paraId="69DC874C" w14:textId="77777777" w:rsidR="00083A82" w:rsidRDefault="00083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BB554" w14:textId="77777777" w:rsidR="00890090" w:rsidRDefault="005B46BE">
    <w:pPr>
      <w:pStyle w:val="Cabealho"/>
      <w:jc w:val="center"/>
    </w:pPr>
    <w:r>
      <w:rPr>
        <w:b/>
        <w:sz w:val="22"/>
      </w:rPr>
      <w:t>PREFEITURA MUNICIPAL DE COSMORAMA</w:t>
    </w:r>
  </w:p>
  <w:p w14:paraId="2E385313" w14:textId="77777777" w:rsidR="00890090" w:rsidRDefault="005B46BE">
    <w:pPr>
      <w:jc w:val="center"/>
    </w:pPr>
    <w:r>
      <w:rPr>
        <w:b/>
        <w:sz w:val="20"/>
      </w:rPr>
      <w:t>DIRETORIA MUNICIPAL DE CULTURA E TURISMO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3A82"/>
    <w:rsid w:val="00097895"/>
    <w:rsid w:val="001324DB"/>
    <w:rsid w:val="0015074B"/>
    <w:rsid w:val="00170D16"/>
    <w:rsid w:val="00230FF7"/>
    <w:rsid w:val="00244C9E"/>
    <w:rsid w:val="0029639D"/>
    <w:rsid w:val="0030722C"/>
    <w:rsid w:val="00326F90"/>
    <w:rsid w:val="003A14C5"/>
    <w:rsid w:val="00442519"/>
    <w:rsid w:val="00514622"/>
    <w:rsid w:val="00543F15"/>
    <w:rsid w:val="00562F22"/>
    <w:rsid w:val="005B46BE"/>
    <w:rsid w:val="005C6DFF"/>
    <w:rsid w:val="00682303"/>
    <w:rsid w:val="006B74C2"/>
    <w:rsid w:val="00883F9C"/>
    <w:rsid w:val="00890090"/>
    <w:rsid w:val="00984EAB"/>
    <w:rsid w:val="009D654D"/>
    <w:rsid w:val="00A61BA8"/>
    <w:rsid w:val="00AA1D8D"/>
    <w:rsid w:val="00B03FFC"/>
    <w:rsid w:val="00B47730"/>
    <w:rsid w:val="00BC65E0"/>
    <w:rsid w:val="00C15CD5"/>
    <w:rsid w:val="00C438C4"/>
    <w:rsid w:val="00C51B40"/>
    <w:rsid w:val="00CB0664"/>
    <w:rsid w:val="00D0461B"/>
    <w:rsid w:val="00EE3B73"/>
    <w:rsid w:val="00F9131C"/>
    <w:rsid w:val="00FC693F"/>
    <w:rsid w:val="00FD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90D28D"/>
  <w14:defaultImageDpi w14:val="300"/>
  <w15:docId w15:val="{EE42052D-A2CF-4CD6-9BD1-A89D09781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26C9F5-7260-4145-8A67-91A12917F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537</Words>
  <Characters>2903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25</cp:revision>
  <dcterms:created xsi:type="dcterms:W3CDTF">2026-10-06T17:24:00Z</dcterms:created>
  <dcterms:modified xsi:type="dcterms:W3CDTF">2026-10-07T09:41:00Z</dcterms:modified>
  <cp:category/>
</cp:coreProperties>
</file>